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111827"/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36"/>
              </w:rPr>
              <w:t>C&amp;C Mobile Services</w:t>
              <w:br/>
            </w:r>
            <w:r>
              <w:rPr>
                <w:rFonts w:ascii="Arial" w:hAnsi="Arial"/>
                <w:b/>
                <w:color w:val="FFFFFF"/>
                <w:sz w:val="24"/>
              </w:rPr>
              <w:t>Diesel Service Department</w:t>
              <w:br/>
              <w:t>Diesel Service Role Applications Master Packet</w:t>
            </w:r>
          </w:p>
        </w:tc>
      </w:tr>
    </w:tbl>
    <w:p/>
    <w:p>
      <w:pPr>
        <w:pStyle w:val="C&amp;CSection"/>
      </w:pPr>
      <w:r>
        <w:t>Packet Purpose</w:t>
      </w:r>
    </w:p>
    <w:p>
      <w:r>
        <w:t>This packet contains role-specific applications for Sid's Diesel Service Department. It is built for a shop-focused diesel department under Sid, with CJ retaining final company authority over hiring, pay, contracts, payroll release, disputes, pricing exceptions, and major shop decisions.</w:t>
      </w:r>
    </w:p>
    <w:p>
      <w:pPr>
        <w:pStyle w:val="C&amp;CSection"/>
      </w:pPr>
      <w:r>
        <w:t>How to Use This Packet</w:t>
      </w:r>
    </w:p>
    <w:p>
      <w:pPr>
        <w:pStyle w:val="ListBullet"/>
      </w:pPr>
      <w:r>
        <w:t>Print or send only the application that matches the open position.</w:t>
      </w:r>
    </w:p>
    <w:p>
      <w:pPr>
        <w:pStyle w:val="ListBullet"/>
      </w:pPr>
      <w:r>
        <w:t>Keep completed applications in a secure hiring folder with limited access.</w:t>
      </w:r>
    </w:p>
    <w:p>
      <w:pPr>
        <w:pStyle w:val="ListBullet"/>
      </w:pPr>
      <w:r>
        <w:t>Use the same scoring system for all applicants applying to the same diesel role.</w:t>
      </w:r>
    </w:p>
    <w:p>
      <w:pPr>
        <w:pStyle w:val="ListBullet"/>
      </w:pPr>
      <w:r>
        <w:t>Do not ask protected personal questions outside the application.</w:t>
      </w:r>
    </w:p>
    <w:p>
      <w:pPr>
        <w:pStyle w:val="ListBullet"/>
      </w:pPr>
      <w:r>
        <w:t>Do not collect official I-9/W-4 information until the proper onboarding step after hire.</w:t>
      </w:r>
    </w:p>
    <w:p>
      <w:pPr>
        <w:pStyle w:val="ListBullet"/>
      </w:pPr>
      <w:r>
        <w:t>Do not allow any applicant or new hire to perform unsupervised shop work until Sid confirms safety, skill level, and authorization.</w:t>
      </w:r>
    </w:p>
    <w:p>
      <w:pPr>
        <w:pStyle w:val="C&amp;CSection"/>
      </w:pPr>
      <w:r>
        <w:t>Diesel Department Hiring Role Matrix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Role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Level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Main responsibility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Reports to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Final approval</w:t>
            </w:r>
          </w:p>
        </w:tc>
      </w:tr>
      <w:tr>
        <w:tc>
          <w:tcPr>
            <w:tcW w:type="dxa" w:w="2074"/>
          </w:tcPr>
          <w:p>
            <w:r>
              <w:t>Diesel Shop Assistant / Helper</w:t>
            </w:r>
          </w:p>
        </w:tc>
        <w:tc>
          <w:tcPr>
            <w:tcW w:type="dxa" w:w="2074"/>
          </w:tcPr>
          <w:p>
            <w:r>
              <w:t>Entry / Support</w:t>
            </w:r>
          </w:p>
        </w:tc>
        <w:tc>
          <w:tcPr>
            <w:tcW w:type="dxa" w:w="2074"/>
          </w:tcPr>
          <w:p>
            <w:r>
              <w:t>Entry-level shop support for cleanup, tool staging, parts runs, basic inspections, battery support, fluid checks, documentation help, and technician assistance under Sid.</w:t>
            </w:r>
          </w:p>
        </w:tc>
        <w:tc>
          <w:tcPr>
            <w:tcW w:type="dxa" w:w="2074"/>
          </w:tcPr>
          <w:p>
            <w:r>
              <w:t>Sid</w:t>
            </w:r>
          </w:p>
        </w:tc>
        <w:tc>
          <w:tcPr>
            <w:tcW w:type="dxa" w:w="2074"/>
          </w:tcPr>
          <w:p>
            <w:r>
              <w:t>CJ</w:t>
            </w:r>
          </w:p>
        </w:tc>
      </w:tr>
      <w:tr>
        <w:tc>
          <w:tcPr>
            <w:tcW w:type="dxa" w:w="2074"/>
          </w:tcPr>
          <w:p>
            <w:r>
              <w:t>Diesel Apprentice Technician - Level C</w:t>
            </w:r>
          </w:p>
        </w:tc>
        <w:tc>
          <w:tcPr>
            <w:tcW w:type="dxa" w:w="2074"/>
          </w:tcPr>
          <w:p>
            <w:r>
              <w:t>Level C / Apprentice</w:t>
            </w:r>
          </w:p>
        </w:tc>
        <w:tc>
          <w:tcPr>
            <w:tcW w:type="dxa" w:w="2074"/>
          </w:tcPr>
          <w:p>
            <w:r>
              <w:t>Learns diesel diagnostics and repair fundamentals while performing supervised maintenance, inspections, assisting repairs, documentation, and cleanup under Sid and assigned technicians.</w:t>
            </w:r>
          </w:p>
        </w:tc>
        <w:tc>
          <w:tcPr>
            <w:tcW w:type="dxa" w:w="2074"/>
          </w:tcPr>
          <w:p>
            <w:r>
              <w:t>Sid</w:t>
            </w:r>
          </w:p>
        </w:tc>
        <w:tc>
          <w:tcPr>
            <w:tcW w:type="dxa" w:w="2074"/>
          </w:tcPr>
          <w:p>
            <w:r>
              <w:t>CJ</w:t>
            </w:r>
          </w:p>
        </w:tc>
      </w:tr>
      <w:tr>
        <w:tc>
          <w:tcPr>
            <w:tcW w:type="dxa" w:w="2074"/>
          </w:tcPr>
          <w:p>
            <w:r>
              <w:t>Diesel Technician - Level B</w:t>
            </w:r>
          </w:p>
        </w:tc>
        <w:tc>
          <w:tcPr>
            <w:tcW w:type="dxa" w:w="2074"/>
          </w:tcPr>
          <w:p>
            <w:r>
              <w:t>Level B / Intermediate Technician</w:t>
            </w:r>
          </w:p>
        </w:tc>
        <w:tc>
          <w:tcPr>
            <w:tcW w:type="dxa" w:w="2074"/>
          </w:tcPr>
          <w:p>
            <w:r>
              <w:t>Performs standard diesel maintenance and repairs, supports diagnostics, completes assigned work orders, documents findings, and helps train Level C apprentices under Sid.</w:t>
            </w:r>
          </w:p>
        </w:tc>
        <w:tc>
          <w:tcPr>
            <w:tcW w:type="dxa" w:w="2074"/>
          </w:tcPr>
          <w:p>
            <w:r>
              <w:t>Sid</w:t>
            </w:r>
          </w:p>
        </w:tc>
        <w:tc>
          <w:tcPr>
            <w:tcW w:type="dxa" w:w="2074"/>
          </w:tcPr>
          <w:p>
            <w:r>
              <w:t>CJ</w:t>
            </w:r>
          </w:p>
        </w:tc>
      </w:tr>
      <w:tr>
        <w:tc>
          <w:tcPr>
            <w:tcW w:type="dxa" w:w="2074"/>
          </w:tcPr>
          <w:p>
            <w:r>
              <w:t>Advanced Diesel Diagnostic Technician - Level A</w:t>
            </w:r>
          </w:p>
        </w:tc>
        <w:tc>
          <w:tcPr>
            <w:tcW w:type="dxa" w:w="2074"/>
          </w:tcPr>
          <w:p>
            <w:r>
              <w:t>Level A / Advanced Diagnostic Technician</w:t>
            </w:r>
          </w:p>
        </w:tc>
        <w:tc>
          <w:tcPr>
            <w:tcW w:type="dxa" w:w="2074"/>
          </w:tcPr>
          <w:p>
            <w:r>
              <w:t>Handles complex diesel diagnostics, electrical issues, drivability faults, aftertreatment concerns, advanced repairs, quality checks, and technical guidance under Sid.</w:t>
            </w:r>
          </w:p>
        </w:tc>
        <w:tc>
          <w:tcPr>
            <w:tcW w:type="dxa" w:w="2074"/>
          </w:tcPr>
          <w:p>
            <w:r>
              <w:t>Sid</w:t>
            </w:r>
          </w:p>
        </w:tc>
        <w:tc>
          <w:tcPr>
            <w:tcW w:type="dxa" w:w="2074"/>
          </w:tcPr>
          <w:p>
            <w:r>
              <w:t>CJ</w:t>
            </w:r>
          </w:p>
        </w:tc>
      </w:tr>
      <w:tr>
        <w:tc>
          <w:tcPr>
            <w:tcW w:type="dxa" w:w="2074"/>
          </w:tcPr>
          <w:p>
            <w:r>
              <w:t>Diesel Shop Foreman / Lead Technician</w:t>
            </w:r>
          </w:p>
        </w:tc>
        <w:tc>
          <w:tcPr>
            <w:tcW w:type="dxa" w:w="2074"/>
          </w:tcPr>
          <w:p>
            <w:r>
              <w:t>Shop Leadership / Lead Tech</w:t>
            </w:r>
          </w:p>
        </w:tc>
        <w:tc>
          <w:tcPr>
            <w:tcW w:type="dxa" w:w="2074"/>
          </w:tcPr>
          <w:p>
            <w:r>
              <w:t>Supports Sid by controlling workflow, assigning bays, checking repair quality, mentoring techs, reviewing work orders, and keeping the diesel shop safe and productive.</w:t>
            </w:r>
          </w:p>
        </w:tc>
        <w:tc>
          <w:tcPr>
            <w:tcW w:type="dxa" w:w="2074"/>
          </w:tcPr>
          <w:p>
            <w:r>
              <w:t>Sid</w:t>
            </w:r>
          </w:p>
        </w:tc>
        <w:tc>
          <w:tcPr>
            <w:tcW w:type="dxa" w:w="2074"/>
          </w:tcPr>
          <w:p>
            <w:r>
              <w:t>CJ</w:t>
            </w:r>
          </w:p>
        </w:tc>
      </w:tr>
      <w:tr>
        <w:tc>
          <w:tcPr>
            <w:tcW w:type="dxa" w:w="2074"/>
          </w:tcPr>
          <w:p>
            <w:r>
              <w:t>Diesel Service Writer / Shop Coordinator</w:t>
            </w:r>
          </w:p>
        </w:tc>
        <w:tc>
          <w:tcPr>
            <w:tcW w:type="dxa" w:w="2074"/>
          </w:tcPr>
          <w:p>
            <w:r>
              <w:t>Shop Admin / Customer Coordination</w:t>
            </w:r>
          </w:p>
        </w:tc>
        <w:tc>
          <w:tcPr>
            <w:tcW w:type="dxa" w:w="2074"/>
          </w:tcPr>
          <w:p>
            <w:r>
              <w:t>Controls diesel customer intake, work orders, repair updates, estimate notes, scheduling, approvals, job files, and communication between Sid, techs, MoMo, and CJ.</w:t>
            </w:r>
          </w:p>
        </w:tc>
        <w:tc>
          <w:tcPr>
            <w:tcW w:type="dxa" w:w="2074"/>
          </w:tcPr>
          <w:p>
            <w:r>
              <w:t>Sid</w:t>
            </w:r>
          </w:p>
        </w:tc>
        <w:tc>
          <w:tcPr>
            <w:tcW w:type="dxa" w:w="2074"/>
          </w:tcPr>
          <w:p>
            <w:r>
              <w:t>CJ</w:t>
            </w:r>
          </w:p>
        </w:tc>
      </w:tr>
      <w:tr>
        <w:tc>
          <w:tcPr>
            <w:tcW w:type="dxa" w:w="2074"/>
          </w:tcPr>
          <w:p>
            <w:r>
              <w:t>Diesel Parts &amp; Warranty Coordinator</w:t>
            </w:r>
          </w:p>
        </w:tc>
        <w:tc>
          <w:tcPr>
            <w:tcW w:type="dxa" w:w="2074"/>
          </w:tcPr>
          <w:p>
            <w:r>
              <w:t>Parts / Warranty / Vendor Support</w:t>
            </w:r>
          </w:p>
        </w:tc>
        <w:tc>
          <w:tcPr>
            <w:tcW w:type="dxa" w:w="2074"/>
          </w:tcPr>
          <w:p>
            <w:r>
              <w:t>Manages diesel parts sourcing, quotes, purchase logs, cores, returns, warranties, vendor records, part status updates, and handoff documents for MoMo and Sid.</w:t>
            </w:r>
          </w:p>
        </w:tc>
        <w:tc>
          <w:tcPr>
            <w:tcW w:type="dxa" w:w="2074"/>
          </w:tcPr>
          <w:p>
            <w:r>
              <w:t>Sid</w:t>
            </w:r>
          </w:p>
        </w:tc>
        <w:tc>
          <w:tcPr>
            <w:tcW w:type="dxa" w:w="2074"/>
          </w:tcPr>
          <w:p>
            <w:r>
              <w:t>CJ</w:t>
            </w:r>
          </w:p>
        </w:tc>
      </w:tr>
      <w:tr>
        <w:tc>
          <w:tcPr>
            <w:tcW w:type="dxa" w:w="2074"/>
          </w:tcPr>
          <w:p>
            <w:r>
              <w:t>Diesel Fleet Maintenance Coordinator</w:t>
            </w:r>
          </w:p>
        </w:tc>
        <w:tc>
          <w:tcPr>
            <w:tcW w:type="dxa" w:w="2074"/>
          </w:tcPr>
          <w:p>
            <w:r>
              <w:t>Fleet Coordination / Preventive Maintenance</w:t>
            </w:r>
          </w:p>
        </w:tc>
        <w:tc>
          <w:tcPr>
            <w:tcW w:type="dxa" w:w="2074"/>
          </w:tcPr>
          <w:p>
            <w:r>
              <w:t>Tracks fleet diesel PM schedules, inspection due dates, service intervals, unit history, repair recommendations, downtime notes, and recurring fleet account support under Sid.</w:t>
            </w:r>
          </w:p>
        </w:tc>
        <w:tc>
          <w:tcPr>
            <w:tcW w:type="dxa" w:w="2074"/>
          </w:tcPr>
          <w:p>
            <w:r>
              <w:t>Sid</w:t>
            </w:r>
          </w:p>
        </w:tc>
        <w:tc>
          <w:tcPr>
            <w:tcW w:type="dxa" w:w="2074"/>
          </w:tcPr>
          <w:p>
            <w:r>
              <w:t>CJ</w:t>
            </w:r>
          </w:p>
        </w:tc>
      </w:tr>
    </w:tbl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111827"/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30"/>
              </w:rPr>
              <w:t>Diesel Shop Assistant / Helper Application</w:t>
            </w:r>
          </w:p>
        </w:tc>
      </w:tr>
    </w:tbl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5E7EB"/>
          </w:tcPr>
          <w:p>
            <w:r>
              <w:t>Position</w:t>
            </w:r>
          </w:p>
        </w:tc>
        <w:tc>
          <w:tcPr>
            <w:tcW w:type="dxa" w:w="5184"/>
          </w:tcPr>
          <w:p>
            <w:r>
              <w:t>Diesel Shop Assistant / Helper</w:t>
            </w:r>
          </w:p>
        </w:tc>
      </w:tr>
      <w:tr>
        <w:tc>
          <w:tcPr>
            <w:tcW w:type="dxa" w:w="5184"/>
            <w:shd w:fill="E5E7EB"/>
          </w:tcPr>
          <w:p>
            <w:r>
              <w:t>Level</w:t>
            </w:r>
          </w:p>
        </w:tc>
        <w:tc>
          <w:tcPr>
            <w:tcW w:type="dxa" w:w="5184"/>
          </w:tcPr>
          <w:p>
            <w:r>
              <w:t>Entry / Support</w:t>
            </w:r>
          </w:p>
        </w:tc>
      </w:tr>
      <w:tr>
        <w:tc>
          <w:tcPr>
            <w:tcW w:type="dxa" w:w="5184"/>
            <w:shd w:fill="E5E7EB"/>
          </w:tcPr>
          <w:p>
            <w:r>
              <w:t>Purpose</w:t>
            </w:r>
          </w:p>
        </w:tc>
        <w:tc>
          <w:tcPr>
            <w:tcW w:type="dxa" w:w="5184"/>
          </w:tcPr>
          <w:p>
            <w:r>
              <w:t>Entry-level shop support for cleanup, tool staging, parts runs, basic inspections, battery support, fluid checks, documentation help, and technician assistance under Sid.</w:t>
            </w:r>
          </w:p>
        </w:tc>
      </w:tr>
      <w:tr>
        <w:tc>
          <w:tcPr>
            <w:tcW w:type="dxa" w:w="5184"/>
            <w:shd w:fill="E5E7EB"/>
          </w:tcPr>
          <w:p>
            <w:r>
              <w:t>Reports to</w:t>
            </w:r>
          </w:p>
        </w:tc>
        <w:tc>
          <w:tcPr>
            <w:tcW w:type="dxa" w:w="5184"/>
          </w:tcPr>
          <w:p>
            <w:r>
              <w:t>Sid - Head of Diesel Service Department</w:t>
            </w:r>
          </w:p>
        </w:tc>
      </w:tr>
      <w:tr>
        <w:tc>
          <w:tcPr>
            <w:tcW w:type="dxa" w:w="5184"/>
            <w:shd w:fill="E5E7EB"/>
          </w:tcPr>
          <w:p>
            <w:r>
              <w:t>Hiring authority</w:t>
            </w:r>
          </w:p>
        </w:tc>
        <w:tc>
          <w:tcPr>
            <w:tcW w:type="dxa" w:w="5184"/>
          </w:tcPr>
          <w:p>
            <w:r>
              <w:t>Sid screens shop ability and attitude; CJ gives final hiring approval.</w:t>
            </w:r>
          </w:p>
        </w:tc>
      </w:tr>
    </w:tbl>
    <w:p>
      <w:r>
        <w:t>Applicant should complete all sections. C&amp;C should keep this document in a secure hiring file. Do not request protected personal information or official onboarding forms at application stage.</w:t>
      </w:r>
    </w:p>
    <w:p>
      <w:pPr>
        <w:pStyle w:val="C&amp;CSection"/>
      </w:pPr>
      <w:r>
        <w:t>Applicant Information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3672"/>
            <w:shd w:fill="111827"/>
          </w:tcPr>
          <w:p>
            <w:r>
              <w:rPr>
                <w:b/>
                <w:color w:val="FFFFFF"/>
              </w:rPr>
              <w:t>Field</w:t>
            </w:r>
          </w:p>
        </w:tc>
        <w:tc>
          <w:tcPr>
            <w:tcW w:type="dxa" w:w="5832"/>
            <w:shd w:fill="111827"/>
          </w:tcPr>
          <w:p>
            <w:r>
              <w:rPr>
                <w:b/>
                <w:color w:val="FFFFFF"/>
              </w:rPr>
              <w:t>Applicant response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Applicant full name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Preferred name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Phone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Email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Address / City / State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Position applied for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Date available to start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Desired schedule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Full-time   ( ) Part-time   ( ) Contract   ( ) Flexible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Desired pay range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How did you hear about this opening?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</w:tbl>
    <w:p/>
    <w:p>
      <w:pPr>
        <w:pStyle w:val="C&amp;CSection"/>
      </w:pPr>
      <w:r>
        <w:t>Eligibility, Availability, Shop Readiness, and Systems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3672"/>
            <w:shd w:fill="111827"/>
          </w:tcPr>
          <w:p>
            <w:r>
              <w:rPr>
                <w:b/>
                <w:color w:val="FFFFFF"/>
              </w:rPr>
              <w:t>Field</w:t>
            </w:r>
          </w:p>
        </w:tc>
        <w:tc>
          <w:tcPr>
            <w:tcW w:type="dxa" w:w="5832"/>
            <w:shd w:fill="111827"/>
          </w:tcPr>
          <w:p>
            <w:r>
              <w:rPr>
                <w:b/>
                <w:color w:val="FFFFFF"/>
              </w:rPr>
              <w:t>Applicant response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Are you legally authorized to work in the United States?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Yes   ( ) No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Will you now or in the future require sponsorship for employment authorization?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Yes   ( ) No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Are you able to perform the essential duties of this role, with or without reasonable accommodation?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Yes   ( ) No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Are you at least 18 years old if the role requires shop equipment access, driving, or unsupervised customer/business access?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Yes   ( ) No   ( ) Not applicable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Are you available for a background/reference check process if C&amp;C makes a conditional offer?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Yes   ( ) No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Monday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Tuesday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Wednesday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Thursday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Do you currently own tools required for this role?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Yes   ( ) Partial   ( ) No   ( ) Not required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Can you provide a basic tool list if requested?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Yes   ( ) No   ( ) Not applicable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Do you have a valid driver license if the role requires moving vehicles on company/customer property?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Yes   ( ) No   ( ) Not applicable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Are you comfortable working around diesel trucks, heavy parts, fluids, batteries, lifts/jacks, and shop noise?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Yes   ( ) No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List any diesel, automotive, fleet, parts, safety, or equipment certifications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EPA Section 609/MVAC certification if applicable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Yes   ( ) No   ( ) Willing to obtain   ( ) Not applicable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Diagnostic scan tools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None   ( ) Basic   ( ) Intermediate   ( ) Advanced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Electrical meter / test equipment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None   ( ) Basic   ( ) Intermediate   ( ) Advanced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Service information / wiring diagrams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None   ( ) Basic   ( ) Intermediate   ( ) Advanced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Work order / shop management software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None   ( ) Basic   ( ) Intermediate   ( ) Advanced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Excel / Google Sheets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None   ( ) Basic   ( ) Intermediate   ( ) Advanced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Vendor/parts portals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None   ( ) Basic   ( ) Intermediate   ( ) Advanced</w:t>
            </w:r>
          </w:p>
        </w:tc>
      </w:tr>
    </w:tbl>
    <w:p/>
    <w:p>
      <w:pPr>
        <w:pStyle w:val="C&amp;CSection"/>
      </w:pPr>
      <w:r>
        <w:t>Role-Specific Skills Self-Assessment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5472"/>
            <w:shd w:fill="111827"/>
          </w:tcPr>
          <w:p>
            <w:r>
              <w:rPr>
                <w:b/>
                <w:color w:val="FFFFFF"/>
              </w:rPr>
              <w:t>Skill / requirement</w:t>
            </w:r>
          </w:p>
        </w:tc>
        <w:tc>
          <w:tcPr>
            <w:tcW w:type="dxa" w:w="1080"/>
            <w:shd w:fill="111827"/>
          </w:tcPr>
          <w:p>
            <w:r>
              <w:rPr>
                <w:b/>
                <w:color w:val="FFFFFF"/>
              </w:rPr>
              <w:t>No</w:t>
            </w:r>
          </w:p>
        </w:tc>
        <w:tc>
          <w:tcPr>
            <w:tcW w:type="dxa" w:w="1080"/>
            <w:shd w:fill="111827"/>
          </w:tcPr>
          <w:p>
            <w:r>
              <w:rPr>
                <w:b/>
                <w:color w:val="FFFFFF"/>
              </w:rPr>
              <w:t>Some</w:t>
            </w:r>
          </w:p>
        </w:tc>
        <w:tc>
          <w:tcPr>
            <w:tcW w:type="dxa" w:w="1080"/>
            <w:shd w:fill="111827"/>
          </w:tcPr>
          <w:p>
            <w:r>
              <w:rPr>
                <w:b/>
                <w:color w:val="FFFFFF"/>
              </w:rPr>
              <w:t>Strong</w:t>
            </w:r>
          </w:p>
        </w:tc>
      </w:tr>
      <w:tr>
        <w:tc>
          <w:tcPr>
            <w:tcW w:type="dxa" w:w="5472"/>
            <w:vAlign w:val="center"/>
          </w:tcPr>
          <w:p>
            <w:r>
              <w:t>Tool identification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Shop cleanup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Parts staging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Battery support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Fluid check basics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Safe lifting habits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Jack/stand/lift awareness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Photo/documentation support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Parts runs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Following work orders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PPE discipline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Trash/oil filter containment awareness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</w:tbl>
    <w:p/>
    <w:p>
      <w:pPr>
        <w:pStyle w:val="C&amp;CSection"/>
      </w:pPr>
      <w:r>
        <w:t>Role-Specific Written Questions</w:t>
      </w:r>
    </w:p>
    <w:p>
      <w:r>
        <w:rPr>
          <w:b/>
        </w:rPr>
        <w:t>1. Sid gives you a work order but you are not sure which parts/tools to stage. What do you do before touching the job?</w:t>
      </w:r>
    </w:p>
    <w:p>
      <w:r>
        <w:br/>
        <w:br/>
      </w:r>
    </w:p>
    <w:p>
      <w:r>
        <w:rPr>
          <w:b/>
        </w:rPr>
        <w:t>2. A technician is rushing and asks you to skip cleanup around a lift area. How do you respond?</w:t>
      </w:r>
    </w:p>
    <w:p>
      <w:r>
        <w:br/>
        <w:br/>
      </w:r>
    </w:p>
    <w:p>
      <w:r>
        <w:rPr>
          <w:b/>
        </w:rPr>
        <w:t>3. Describe any experience you have with tools, shops, warehouses, or hands-on work.</w:t>
      </w:r>
    </w:p>
    <w:p>
      <w:r>
        <w:br/>
        <w:br/>
      </w:r>
    </w:p>
    <w:p>
      <w:r>
        <w:rPr>
          <w:b/>
        </w:rPr>
        <w:t>4. What does a clean and safe diesel bay look like to you?</w:t>
      </w:r>
    </w:p>
    <w:p>
      <w:r>
        <w:br/>
        <w:br/>
      </w:r>
    </w:p>
    <w:p>
      <w:pPr>
        <w:pStyle w:val="C&amp;CSection"/>
      </w:pPr>
      <w:r>
        <w:t>Practical Skills Test</w:t>
      </w:r>
    </w:p>
    <w:p>
      <w:pPr>
        <w:pStyle w:val="ListBullet"/>
      </w:pPr>
      <w:r>
        <w:t>Tool ID Test: Identify common hand tools, PPE, battery tools, and shop supplies.</w:t>
      </w:r>
    </w:p>
    <w:p>
      <w:pPr>
        <w:pStyle w:val="ListBullet"/>
      </w:pPr>
      <w:r>
        <w:t>Bay Setup Test: Stage a mock job cart from a written work order.</w:t>
      </w:r>
    </w:p>
    <w:p>
      <w:pPr>
        <w:pStyle w:val="ListBullet"/>
      </w:pPr>
      <w:r>
        <w:t>Safety Observation Test: Identify hazards in a sample shop photo or mock bay.</w:t>
      </w:r>
    </w:p>
    <w:p>
      <w:pPr>
        <w:pStyle w:val="C&amp;CSection"/>
      </w:pPr>
      <w:r>
        <w:t>Professional References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Name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Relationship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Company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Phone/email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Years known</w:t>
            </w:r>
          </w:p>
        </w:tc>
      </w:tr>
      <w:tr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</w:tr>
      <w:tr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</w:tr>
      <w:tr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</w:tr>
    </w:tbl>
    <w:p/>
    <w:p>
      <w:pPr>
        <w:pStyle w:val="C&amp;CSection"/>
      </w:pPr>
      <w:r>
        <w:t>Applicant Certification</w:t>
      </w:r>
    </w:p>
    <w:p>
      <w:r>
        <w:t>I certify that the information I provided is true and complete to the best of my knowledge. I understand that false, misleading, or incomplete information may result in removal from consideration or separation from employment if hired. I authorize C&amp;C Mobile Services to verify information related to my application, employment history, training, certifications, driving eligibility if job-related, and references, subject to applicable law. I understand that employment, if offered, is not guaranteed for any specific length of time and may be subject to company policies, onboarding paperwork, safety rules, and required approvals.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Applicant signature:</w:t>
              <w:br/>
              <w:br/>
            </w:r>
          </w:p>
        </w:tc>
        <w:tc>
          <w:tcPr>
            <w:tcW w:type="dxa" w:w="5184"/>
          </w:tcPr>
          <w:p>
            <w:r>
              <w:t>Date:</w:t>
              <w:br/>
              <w:br/>
            </w:r>
          </w:p>
        </w:tc>
      </w:tr>
      <w:tr>
        <w:tc>
          <w:tcPr>
            <w:tcW w:type="dxa" w:w="5184"/>
          </w:tcPr>
          <w:p>
            <w:r>
              <w:t>Printed name:</w:t>
              <w:br/>
              <w:br/>
            </w:r>
          </w:p>
        </w:tc>
        <w:tc>
          <w:tcPr>
            <w:tcW w:type="dxa" w:w="5184"/>
          </w:tcPr>
          <w:p>
            <w:r>
              <w:br/>
              <w:br/>
            </w:r>
          </w:p>
        </w:tc>
      </w:tr>
      <w:tr>
        <w:tc>
          <w:tcPr>
            <w:tcW w:type="dxa" w:w="5184"/>
          </w:tcPr>
          <w:p>
            <w:r>
              <w:t>Parent/guardian if required by law:</w:t>
              <w:br/>
              <w:br/>
            </w:r>
          </w:p>
        </w:tc>
        <w:tc>
          <w:tcPr>
            <w:tcW w:type="dxa" w:w="5184"/>
          </w:tcPr>
          <w:p>
            <w:r>
              <w:t>Date:</w:t>
              <w:br/>
              <w:br/>
            </w:r>
          </w:p>
        </w:tc>
      </w:tr>
    </w:tbl>
    <w:p/>
    <w:p>
      <w:pPr>
        <w:pStyle w:val="C&amp;CSection"/>
      </w:pPr>
      <w:r>
        <w:t>Internal Use Only - Sid / CJ Review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Review item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Score 1-5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Notes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Sid initials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CJ initials</w:t>
            </w:r>
          </w:p>
        </w:tc>
      </w:tr>
      <w:tr>
        <w:tc>
          <w:tcPr>
            <w:tcW w:type="dxa" w:w="2074"/>
          </w:tcPr>
          <w:p>
            <w:r>
              <w:t>Application complete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Diesel/shop experience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Safety judgment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Tool readiness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Diagnostic/technical skill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Documentation quality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Practical test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References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Overall fit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Screening decision</w:t>
            </w:r>
          </w:p>
        </w:tc>
        <w:tc>
          <w:tcPr>
            <w:tcW w:type="dxa" w:w="5184"/>
          </w:tcPr>
          <w:p>
            <w:r>
              <w:t>( ) Move to interview   ( ) Hold   ( ) Decline</w:t>
            </w:r>
          </w:p>
        </w:tc>
      </w:tr>
      <w:tr>
        <w:tc>
          <w:tcPr>
            <w:tcW w:type="dxa" w:w="5184"/>
          </w:tcPr>
          <w:p>
            <w:r>
              <w:t>Interview decision</w:t>
            </w:r>
          </w:p>
        </w:tc>
        <w:tc>
          <w:tcPr>
            <w:tcW w:type="dxa" w:w="5184"/>
          </w:tcPr>
          <w:p>
            <w:r>
              <w:t>( ) Move to practical test   ( ) Hold   ( ) Decline</w:t>
            </w:r>
          </w:p>
        </w:tc>
      </w:tr>
      <w:tr>
        <w:tc>
          <w:tcPr>
            <w:tcW w:type="dxa" w:w="5184"/>
          </w:tcPr>
          <w:p>
            <w:r>
              <w:t>Final recommendation by Sid</w:t>
            </w:r>
          </w:p>
        </w:tc>
        <w:tc>
          <w:tcPr>
            <w:tcW w:type="dxa" w:w="5184"/>
          </w:tcPr>
          <w:p>
            <w:r>
              <w:t>( ) Recommend hire   ( ) Recommend backup   ( ) Do not hire</w:t>
            </w:r>
          </w:p>
        </w:tc>
      </w:tr>
      <w:tr>
        <w:tc>
          <w:tcPr>
            <w:tcW w:type="dxa" w:w="5184"/>
          </w:tcPr>
          <w:p>
            <w:r>
              <w:t>Final decision by CJ</w:t>
            </w:r>
          </w:p>
        </w:tc>
        <w:tc>
          <w:tcPr>
            <w:tcW w:type="dxa" w:w="5184"/>
          </w:tcPr>
          <w:p>
            <w:r>
              <w:t>( ) Approved   ( ) Not approved   ( ) Revisit later</w:t>
            </w:r>
          </w:p>
        </w:tc>
      </w:tr>
    </w:tbl>
    <w:p/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111827"/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30"/>
              </w:rPr>
              <w:t>Diesel Apprentice Technician - Level C Application</w:t>
            </w:r>
          </w:p>
        </w:tc>
      </w:tr>
    </w:tbl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5E7EB"/>
          </w:tcPr>
          <w:p>
            <w:r>
              <w:t>Position</w:t>
            </w:r>
          </w:p>
        </w:tc>
        <w:tc>
          <w:tcPr>
            <w:tcW w:type="dxa" w:w="5184"/>
          </w:tcPr>
          <w:p>
            <w:r>
              <w:t>Diesel Apprentice Technician - Level C</w:t>
            </w:r>
          </w:p>
        </w:tc>
      </w:tr>
      <w:tr>
        <w:tc>
          <w:tcPr>
            <w:tcW w:type="dxa" w:w="5184"/>
            <w:shd w:fill="E5E7EB"/>
          </w:tcPr>
          <w:p>
            <w:r>
              <w:t>Level</w:t>
            </w:r>
          </w:p>
        </w:tc>
        <w:tc>
          <w:tcPr>
            <w:tcW w:type="dxa" w:w="5184"/>
          </w:tcPr>
          <w:p>
            <w:r>
              <w:t>Level C / Apprentice</w:t>
            </w:r>
          </w:p>
        </w:tc>
      </w:tr>
      <w:tr>
        <w:tc>
          <w:tcPr>
            <w:tcW w:type="dxa" w:w="5184"/>
            <w:shd w:fill="E5E7EB"/>
          </w:tcPr>
          <w:p>
            <w:r>
              <w:t>Purpose</w:t>
            </w:r>
          </w:p>
        </w:tc>
        <w:tc>
          <w:tcPr>
            <w:tcW w:type="dxa" w:w="5184"/>
          </w:tcPr>
          <w:p>
            <w:r>
              <w:t>Learns diesel diagnostics and repair fundamentals while performing supervised maintenance, inspections, assisting repairs, documentation, and cleanup under Sid and assigned technicians.</w:t>
            </w:r>
          </w:p>
        </w:tc>
      </w:tr>
      <w:tr>
        <w:tc>
          <w:tcPr>
            <w:tcW w:type="dxa" w:w="5184"/>
            <w:shd w:fill="E5E7EB"/>
          </w:tcPr>
          <w:p>
            <w:r>
              <w:t>Reports to</w:t>
            </w:r>
          </w:p>
        </w:tc>
        <w:tc>
          <w:tcPr>
            <w:tcW w:type="dxa" w:w="5184"/>
          </w:tcPr>
          <w:p>
            <w:r>
              <w:t>Sid - Head of Diesel Service Department</w:t>
            </w:r>
          </w:p>
        </w:tc>
      </w:tr>
      <w:tr>
        <w:tc>
          <w:tcPr>
            <w:tcW w:type="dxa" w:w="5184"/>
            <w:shd w:fill="E5E7EB"/>
          </w:tcPr>
          <w:p>
            <w:r>
              <w:t>Hiring authority</w:t>
            </w:r>
          </w:p>
        </w:tc>
        <w:tc>
          <w:tcPr>
            <w:tcW w:type="dxa" w:w="5184"/>
          </w:tcPr>
          <w:p>
            <w:r>
              <w:t>Sid verifies trainability and shop discipline; CJ gives final hiring approval.</w:t>
            </w:r>
          </w:p>
        </w:tc>
      </w:tr>
    </w:tbl>
    <w:p>
      <w:r>
        <w:t>Applicant should complete all sections. C&amp;C should keep this document in a secure hiring file. Do not request protected personal information or official onboarding forms at application stage.</w:t>
      </w:r>
    </w:p>
    <w:p>
      <w:pPr>
        <w:pStyle w:val="C&amp;CSection"/>
      </w:pPr>
      <w:r>
        <w:t>Applicant Information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3672"/>
            <w:shd w:fill="111827"/>
          </w:tcPr>
          <w:p>
            <w:r>
              <w:rPr>
                <w:b/>
                <w:color w:val="FFFFFF"/>
              </w:rPr>
              <w:t>Field</w:t>
            </w:r>
          </w:p>
        </w:tc>
        <w:tc>
          <w:tcPr>
            <w:tcW w:type="dxa" w:w="5832"/>
            <w:shd w:fill="111827"/>
          </w:tcPr>
          <w:p>
            <w:r>
              <w:rPr>
                <w:b/>
                <w:color w:val="FFFFFF"/>
              </w:rPr>
              <w:t>Applicant response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Applicant full name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Preferred name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Phone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Email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Address / City / State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Position applied for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Date available to start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Desired schedule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Full-time   ( ) Part-time   ( ) Contract   ( ) Flexible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Desired pay range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How did you hear about this opening?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</w:tbl>
    <w:p/>
    <w:p>
      <w:pPr>
        <w:pStyle w:val="C&amp;CSection"/>
      </w:pPr>
      <w:r>
        <w:t>Eligibility, Availability, Shop Readiness, and Systems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3672"/>
            <w:shd w:fill="111827"/>
          </w:tcPr>
          <w:p>
            <w:r>
              <w:rPr>
                <w:b/>
                <w:color w:val="FFFFFF"/>
              </w:rPr>
              <w:t>Field</w:t>
            </w:r>
          </w:p>
        </w:tc>
        <w:tc>
          <w:tcPr>
            <w:tcW w:type="dxa" w:w="5832"/>
            <w:shd w:fill="111827"/>
          </w:tcPr>
          <w:p>
            <w:r>
              <w:rPr>
                <w:b/>
                <w:color w:val="FFFFFF"/>
              </w:rPr>
              <w:t>Applicant response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Are you legally authorized to work in the United States?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Yes   ( ) No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Will you now or in the future require sponsorship for employment authorization?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Yes   ( ) No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Are you able to perform the essential duties of this role, with or without reasonable accommodation?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Yes   ( ) No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Are you at least 18 years old if the role requires shop equipment access, driving, or unsupervised customer/business access?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Yes   ( ) No   ( ) Not applicable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Are you available for a background/reference check process if C&amp;C makes a conditional offer?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Yes   ( ) No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Monday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Tuesday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Wednesday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Thursday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Do you currently own tools required for this role?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Yes   ( ) Partial   ( ) No   ( ) Not required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Can you provide a basic tool list if requested?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Yes   ( ) No   ( ) Not applicable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Do you have a valid driver license if the role requires moving vehicles on company/customer property?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Yes   ( ) No   ( ) Not applicable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Are you comfortable working around diesel trucks, heavy parts, fluids, batteries, lifts/jacks, and shop noise?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Yes   ( ) No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List any diesel, automotive, fleet, parts, safety, or equipment certifications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EPA Section 609/MVAC certification if applicable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Yes   ( ) No   ( ) Willing to obtain   ( ) Not applicable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Diagnostic scan tools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None   ( ) Basic   ( ) Intermediate   ( ) Advanced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Electrical meter / test equipment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None   ( ) Basic   ( ) Intermediate   ( ) Advanced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Service information / wiring diagrams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None   ( ) Basic   ( ) Intermediate   ( ) Advanced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Work order / shop management software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None   ( ) Basic   ( ) Intermediate   ( ) Advanced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Excel / Google Sheets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None   ( ) Basic   ( ) Intermediate   ( ) Advanced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Vendor/parts portals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None   ( ) Basic   ( ) Intermediate   ( ) Advanced</w:t>
            </w:r>
          </w:p>
        </w:tc>
      </w:tr>
    </w:tbl>
    <w:p/>
    <w:p>
      <w:pPr>
        <w:pStyle w:val="C&amp;CSection"/>
      </w:pPr>
      <w:r>
        <w:t>Role-Specific Skills Self-Assessment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5472"/>
            <w:shd w:fill="111827"/>
          </w:tcPr>
          <w:p>
            <w:r>
              <w:rPr>
                <w:b/>
                <w:color w:val="FFFFFF"/>
              </w:rPr>
              <w:t>Skill / requirement</w:t>
            </w:r>
          </w:p>
        </w:tc>
        <w:tc>
          <w:tcPr>
            <w:tcW w:type="dxa" w:w="1080"/>
            <w:shd w:fill="111827"/>
          </w:tcPr>
          <w:p>
            <w:r>
              <w:rPr>
                <w:b/>
                <w:color w:val="FFFFFF"/>
              </w:rPr>
              <w:t>No</w:t>
            </w:r>
          </w:p>
        </w:tc>
        <w:tc>
          <w:tcPr>
            <w:tcW w:type="dxa" w:w="1080"/>
            <w:shd w:fill="111827"/>
          </w:tcPr>
          <w:p>
            <w:r>
              <w:rPr>
                <w:b/>
                <w:color w:val="FFFFFF"/>
              </w:rPr>
              <w:t>Some</w:t>
            </w:r>
          </w:p>
        </w:tc>
        <w:tc>
          <w:tcPr>
            <w:tcW w:type="dxa" w:w="1080"/>
            <w:shd w:fill="111827"/>
          </w:tcPr>
          <w:p>
            <w:r>
              <w:rPr>
                <w:b/>
                <w:color w:val="FFFFFF"/>
              </w:rPr>
              <w:t>Strong</w:t>
            </w:r>
          </w:p>
        </w:tc>
      </w:tr>
      <w:tr>
        <w:tc>
          <w:tcPr>
            <w:tcW w:type="dxa" w:w="5472"/>
            <w:vAlign w:val="center"/>
          </w:tcPr>
          <w:p>
            <w:r>
              <w:t>Preventive maintenance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Basic inspection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Fluid/filter service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Battery testing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Belt/hose basics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Brake inspection basics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Work order notes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Tool control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Parts matching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PPE and shop safety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Scanner basics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Learning discipline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</w:tbl>
    <w:p/>
    <w:p>
      <w:pPr>
        <w:pStyle w:val="C&amp;CSection"/>
      </w:pPr>
      <w:r>
        <w:t>Role-Specific Written Questions</w:t>
      </w:r>
    </w:p>
    <w:p>
      <w:r>
        <w:rPr>
          <w:b/>
        </w:rPr>
        <w:t>1. You make a mistake during a supervised maintenance job. What should you do immediately?</w:t>
      </w:r>
    </w:p>
    <w:p>
      <w:r>
        <w:br/>
        <w:br/>
      </w:r>
    </w:p>
    <w:p>
      <w:r>
        <w:rPr>
          <w:b/>
        </w:rPr>
        <w:t>2. Explain the difference between inspecting a problem and approving a repair.</w:t>
      </w:r>
    </w:p>
    <w:p>
      <w:r>
        <w:br/>
        <w:br/>
      </w:r>
    </w:p>
    <w:p>
      <w:r>
        <w:rPr>
          <w:b/>
        </w:rPr>
        <w:t>3. What diesel systems are you most interested in learning and why?</w:t>
      </w:r>
    </w:p>
    <w:p>
      <w:r>
        <w:br/>
        <w:br/>
      </w:r>
    </w:p>
    <w:p>
      <w:r>
        <w:rPr>
          <w:b/>
        </w:rPr>
        <w:t>4. A customer or another employee asks you for a diagnosis before Sid approves it. How do you handle that?</w:t>
      </w:r>
    </w:p>
    <w:p>
      <w:r>
        <w:br/>
        <w:br/>
      </w:r>
    </w:p>
    <w:p>
      <w:pPr>
        <w:pStyle w:val="C&amp;CSection"/>
      </w:pPr>
      <w:r>
        <w:t>Practical Skills Test</w:t>
      </w:r>
    </w:p>
    <w:p>
      <w:pPr>
        <w:pStyle w:val="ListBullet"/>
      </w:pPr>
      <w:r>
        <w:t>Maintenance Checklist Test: Complete a mock diesel PM checklist from supplied notes.</w:t>
      </w:r>
    </w:p>
    <w:p>
      <w:pPr>
        <w:pStyle w:val="ListBullet"/>
      </w:pPr>
      <w:r>
        <w:t>Parts Matching Test: Match filters, belts, or batteries to a sample work order.</w:t>
      </w:r>
    </w:p>
    <w:p>
      <w:pPr>
        <w:pStyle w:val="ListBullet"/>
      </w:pPr>
      <w:r>
        <w:t>Documentation Test: Write clear technician notes from a mock inspection.</w:t>
      </w:r>
    </w:p>
    <w:p>
      <w:pPr>
        <w:pStyle w:val="C&amp;CSection"/>
      </w:pPr>
      <w:r>
        <w:t>Professional References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Name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Relationship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Company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Phone/email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Years known</w:t>
            </w:r>
          </w:p>
        </w:tc>
      </w:tr>
      <w:tr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</w:tr>
      <w:tr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</w:tr>
      <w:tr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</w:tr>
    </w:tbl>
    <w:p/>
    <w:p>
      <w:pPr>
        <w:pStyle w:val="C&amp;CSection"/>
      </w:pPr>
      <w:r>
        <w:t>Applicant Certification</w:t>
      </w:r>
    </w:p>
    <w:p>
      <w:r>
        <w:t>I certify that the information I provided is true and complete to the best of my knowledge. I understand that false, misleading, or incomplete information may result in removal from consideration or separation from employment if hired. I authorize C&amp;C Mobile Services to verify information related to my application, employment history, training, certifications, driving eligibility if job-related, and references, subject to applicable law. I understand that employment, if offered, is not guaranteed for any specific length of time and may be subject to company policies, onboarding paperwork, safety rules, and required approvals.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Applicant signature:</w:t>
              <w:br/>
              <w:br/>
            </w:r>
          </w:p>
        </w:tc>
        <w:tc>
          <w:tcPr>
            <w:tcW w:type="dxa" w:w="5184"/>
          </w:tcPr>
          <w:p>
            <w:r>
              <w:t>Date:</w:t>
              <w:br/>
              <w:br/>
            </w:r>
          </w:p>
        </w:tc>
      </w:tr>
      <w:tr>
        <w:tc>
          <w:tcPr>
            <w:tcW w:type="dxa" w:w="5184"/>
          </w:tcPr>
          <w:p>
            <w:r>
              <w:t>Printed name:</w:t>
              <w:br/>
              <w:br/>
            </w:r>
          </w:p>
        </w:tc>
        <w:tc>
          <w:tcPr>
            <w:tcW w:type="dxa" w:w="5184"/>
          </w:tcPr>
          <w:p>
            <w:r>
              <w:br/>
              <w:br/>
            </w:r>
          </w:p>
        </w:tc>
      </w:tr>
      <w:tr>
        <w:tc>
          <w:tcPr>
            <w:tcW w:type="dxa" w:w="5184"/>
          </w:tcPr>
          <w:p>
            <w:r>
              <w:t>Parent/guardian if required by law:</w:t>
              <w:br/>
              <w:br/>
            </w:r>
          </w:p>
        </w:tc>
        <w:tc>
          <w:tcPr>
            <w:tcW w:type="dxa" w:w="5184"/>
          </w:tcPr>
          <w:p>
            <w:r>
              <w:t>Date:</w:t>
              <w:br/>
              <w:br/>
            </w:r>
          </w:p>
        </w:tc>
      </w:tr>
    </w:tbl>
    <w:p/>
    <w:p>
      <w:pPr>
        <w:pStyle w:val="C&amp;CSection"/>
      </w:pPr>
      <w:r>
        <w:t>Internal Use Only - Sid / CJ Review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Review item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Score 1-5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Notes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Sid initials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CJ initials</w:t>
            </w:r>
          </w:p>
        </w:tc>
      </w:tr>
      <w:tr>
        <w:tc>
          <w:tcPr>
            <w:tcW w:type="dxa" w:w="2074"/>
          </w:tcPr>
          <w:p>
            <w:r>
              <w:t>Application complete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Diesel/shop experience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Safety judgment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Tool readiness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Diagnostic/technical skill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Documentation quality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Practical test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References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Overall fit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Screening decision</w:t>
            </w:r>
          </w:p>
        </w:tc>
        <w:tc>
          <w:tcPr>
            <w:tcW w:type="dxa" w:w="5184"/>
          </w:tcPr>
          <w:p>
            <w:r>
              <w:t>( ) Move to interview   ( ) Hold   ( ) Decline</w:t>
            </w:r>
          </w:p>
        </w:tc>
      </w:tr>
      <w:tr>
        <w:tc>
          <w:tcPr>
            <w:tcW w:type="dxa" w:w="5184"/>
          </w:tcPr>
          <w:p>
            <w:r>
              <w:t>Interview decision</w:t>
            </w:r>
          </w:p>
        </w:tc>
        <w:tc>
          <w:tcPr>
            <w:tcW w:type="dxa" w:w="5184"/>
          </w:tcPr>
          <w:p>
            <w:r>
              <w:t>( ) Move to practical test   ( ) Hold   ( ) Decline</w:t>
            </w:r>
          </w:p>
        </w:tc>
      </w:tr>
      <w:tr>
        <w:tc>
          <w:tcPr>
            <w:tcW w:type="dxa" w:w="5184"/>
          </w:tcPr>
          <w:p>
            <w:r>
              <w:t>Final recommendation by Sid</w:t>
            </w:r>
          </w:p>
        </w:tc>
        <w:tc>
          <w:tcPr>
            <w:tcW w:type="dxa" w:w="5184"/>
          </w:tcPr>
          <w:p>
            <w:r>
              <w:t>( ) Recommend hire   ( ) Recommend backup   ( ) Do not hire</w:t>
            </w:r>
          </w:p>
        </w:tc>
      </w:tr>
      <w:tr>
        <w:tc>
          <w:tcPr>
            <w:tcW w:type="dxa" w:w="5184"/>
          </w:tcPr>
          <w:p>
            <w:r>
              <w:t>Final decision by CJ</w:t>
            </w:r>
          </w:p>
        </w:tc>
        <w:tc>
          <w:tcPr>
            <w:tcW w:type="dxa" w:w="5184"/>
          </w:tcPr>
          <w:p>
            <w:r>
              <w:t>( ) Approved   ( ) Not approved   ( ) Revisit later</w:t>
            </w:r>
          </w:p>
        </w:tc>
      </w:tr>
    </w:tbl>
    <w:p/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111827"/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30"/>
              </w:rPr>
              <w:t>Diesel Technician - Level B Application</w:t>
            </w:r>
          </w:p>
        </w:tc>
      </w:tr>
    </w:tbl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5E7EB"/>
          </w:tcPr>
          <w:p>
            <w:r>
              <w:t>Position</w:t>
            </w:r>
          </w:p>
        </w:tc>
        <w:tc>
          <w:tcPr>
            <w:tcW w:type="dxa" w:w="5184"/>
          </w:tcPr>
          <w:p>
            <w:r>
              <w:t>Diesel Technician - Level B</w:t>
            </w:r>
          </w:p>
        </w:tc>
      </w:tr>
      <w:tr>
        <w:tc>
          <w:tcPr>
            <w:tcW w:type="dxa" w:w="5184"/>
            <w:shd w:fill="E5E7EB"/>
          </w:tcPr>
          <w:p>
            <w:r>
              <w:t>Level</w:t>
            </w:r>
          </w:p>
        </w:tc>
        <w:tc>
          <w:tcPr>
            <w:tcW w:type="dxa" w:w="5184"/>
          </w:tcPr>
          <w:p>
            <w:r>
              <w:t>Level B / Intermediate Technician</w:t>
            </w:r>
          </w:p>
        </w:tc>
      </w:tr>
      <w:tr>
        <w:tc>
          <w:tcPr>
            <w:tcW w:type="dxa" w:w="5184"/>
            <w:shd w:fill="E5E7EB"/>
          </w:tcPr>
          <w:p>
            <w:r>
              <w:t>Purpose</w:t>
            </w:r>
          </w:p>
        </w:tc>
        <w:tc>
          <w:tcPr>
            <w:tcW w:type="dxa" w:w="5184"/>
          </w:tcPr>
          <w:p>
            <w:r>
              <w:t>Performs standard diesel maintenance and repairs, supports diagnostics, completes assigned work orders, documents findings, and helps train Level C apprentices under Sid.</w:t>
            </w:r>
          </w:p>
        </w:tc>
      </w:tr>
      <w:tr>
        <w:tc>
          <w:tcPr>
            <w:tcW w:type="dxa" w:w="5184"/>
            <w:shd w:fill="E5E7EB"/>
          </w:tcPr>
          <w:p>
            <w:r>
              <w:t>Reports to</w:t>
            </w:r>
          </w:p>
        </w:tc>
        <w:tc>
          <w:tcPr>
            <w:tcW w:type="dxa" w:w="5184"/>
          </w:tcPr>
          <w:p>
            <w:r>
              <w:t>Sid - Head of Diesel Service Department</w:t>
            </w:r>
          </w:p>
        </w:tc>
      </w:tr>
      <w:tr>
        <w:tc>
          <w:tcPr>
            <w:tcW w:type="dxa" w:w="5184"/>
            <w:shd w:fill="E5E7EB"/>
          </w:tcPr>
          <w:p>
            <w:r>
              <w:t>Hiring authority</w:t>
            </w:r>
          </w:p>
        </w:tc>
        <w:tc>
          <w:tcPr>
            <w:tcW w:type="dxa" w:w="5184"/>
          </w:tcPr>
          <w:p>
            <w:r>
              <w:t>Sid evaluates technical ability; CJ gives final hiring approval and pay approval.</w:t>
            </w:r>
          </w:p>
        </w:tc>
      </w:tr>
    </w:tbl>
    <w:p>
      <w:r>
        <w:t>Applicant should complete all sections. C&amp;C should keep this document in a secure hiring file. Do not request protected personal information or official onboarding forms at application stage.</w:t>
      </w:r>
    </w:p>
    <w:p>
      <w:pPr>
        <w:pStyle w:val="C&amp;CSection"/>
      </w:pPr>
      <w:r>
        <w:t>Applicant Information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3672"/>
            <w:shd w:fill="111827"/>
          </w:tcPr>
          <w:p>
            <w:r>
              <w:rPr>
                <w:b/>
                <w:color w:val="FFFFFF"/>
              </w:rPr>
              <w:t>Field</w:t>
            </w:r>
          </w:p>
        </w:tc>
        <w:tc>
          <w:tcPr>
            <w:tcW w:type="dxa" w:w="5832"/>
            <w:shd w:fill="111827"/>
          </w:tcPr>
          <w:p>
            <w:r>
              <w:rPr>
                <w:b/>
                <w:color w:val="FFFFFF"/>
              </w:rPr>
              <w:t>Applicant response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Applicant full name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Preferred name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Phone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Email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Address / City / State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Position applied for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Date available to start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Desired schedule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Full-time   ( ) Part-time   ( ) Contract   ( ) Flexible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Desired pay range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How did you hear about this opening?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</w:tbl>
    <w:p/>
    <w:p>
      <w:pPr>
        <w:pStyle w:val="C&amp;CSection"/>
      </w:pPr>
      <w:r>
        <w:t>Eligibility, Availability, Shop Readiness, and Systems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3672"/>
            <w:shd w:fill="111827"/>
          </w:tcPr>
          <w:p>
            <w:r>
              <w:rPr>
                <w:b/>
                <w:color w:val="FFFFFF"/>
              </w:rPr>
              <w:t>Field</w:t>
            </w:r>
          </w:p>
        </w:tc>
        <w:tc>
          <w:tcPr>
            <w:tcW w:type="dxa" w:w="5832"/>
            <w:shd w:fill="111827"/>
          </w:tcPr>
          <w:p>
            <w:r>
              <w:rPr>
                <w:b/>
                <w:color w:val="FFFFFF"/>
              </w:rPr>
              <w:t>Applicant response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Are you legally authorized to work in the United States?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Yes   ( ) No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Will you now or in the future require sponsorship for employment authorization?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Yes   ( ) No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Are you able to perform the essential duties of this role, with or without reasonable accommodation?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Yes   ( ) No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Are you at least 18 years old if the role requires shop equipment access, driving, or unsupervised customer/business access?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Yes   ( ) No   ( ) Not applicable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Are you available for a background/reference check process if C&amp;C makes a conditional offer?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Yes   ( ) No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Monday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Tuesday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Wednesday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Thursday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Do you currently own tools required for this role?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Yes   ( ) Partial   ( ) No   ( ) Not required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Can you provide a basic tool list if requested?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Yes   ( ) No   ( ) Not applicable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Do you have a valid driver license if the role requires moving vehicles on company/customer property?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Yes   ( ) No   ( ) Not applicable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Are you comfortable working around diesel trucks, heavy parts, fluids, batteries, lifts/jacks, and shop noise?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Yes   ( ) No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List any diesel, automotive, fleet, parts, safety, or equipment certifications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EPA Section 609/MVAC certification if applicable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Yes   ( ) No   ( ) Willing to obtain   ( ) Not applicable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Diagnostic scan tools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None   ( ) Basic   ( ) Intermediate   ( ) Advanced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Electrical meter / test equipment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None   ( ) Basic   ( ) Intermediate   ( ) Advanced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Service information / wiring diagrams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None   ( ) Basic   ( ) Intermediate   ( ) Advanced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Work order / shop management software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None   ( ) Basic   ( ) Intermediate   ( ) Advanced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Excel / Google Sheets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None   ( ) Basic   ( ) Intermediate   ( ) Advanced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Vendor/parts portals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None   ( ) Basic   ( ) Intermediate   ( ) Advanced</w:t>
            </w:r>
          </w:p>
        </w:tc>
      </w:tr>
    </w:tbl>
    <w:p/>
    <w:p>
      <w:pPr>
        <w:pStyle w:val="C&amp;CSection"/>
      </w:pPr>
      <w:r>
        <w:t>Role-Specific Skills Self-Assessment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5472"/>
            <w:shd w:fill="111827"/>
          </w:tcPr>
          <w:p>
            <w:r>
              <w:rPr>
                <w:b/>
                <w:color w:val="FFFFFF"/>
              </w:rPr>
              <w:t>Skill / requirement</w:t>
            </w:r>
          </w:p>
        </w:tc>
        <w:tc>
          <w:tcPr>
            <w:tcW w:type="dxa" w:w="1080"/>
            <w:shd w:fill="111827"/>
          </w:tcPr>
          <w:p>
            <w:r>
              <w:rPr>
                <w:b/>
                <w:color w:val="FFFFFF"/>
              </w:rPr>
              <w:t>No</w:t>
            </w:r>
          </w:p>
        </w:tc>
        <w:tc>
          <w:tcPr>
            <w:tcW w:type="dxa" w:w="1080"/>
            <w:shd w:fill="111827"/>
          </w:tcPr>
          <w:p>
            <w:r>
              <w:rPr>
                <w:b/>
                <w:color w:val="FFFFFF"/>
              </w:rPr>
              <w:t>Some</w:t>
            </w:r>
          </w:p>
        </w:tc>
        <w:tc>
          <w:tcPr>
            <w:tcW w:type="dxa" w:w="1080"/>
            <w:shd w:fill="111827"/>
          </w:tcPr>
          <w:p>
            <w:r>
              <w:rPr>
                <w:b/>
                <w:color w:val="FFFFFF"/>
              </w:rPr>
              <w:t>Strong</w:t>
            </w:r>
          </w:p>
        </w:tc>
      </w:tr>
      <w:tr>
        <w:tc>
          <w:tcPr>
            <w:tcW w:type="dxa" w:w="5472"/>
            <w:vAlign w:val="center"/>
          </w:tcPr>
          <w:p>
            <w:r>
              <w:t>Diesel PM service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Brake repairs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Battery/charging diagnostics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Starter diagnostics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Cooling system repairs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Fuel/air system basics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Aftertreatment awareness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Scanner usage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Service information lookup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Torque specs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Comeback prevention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Apprentice support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</w:tbl>
    <w:p/>
    <w:p>
      <w:pPr>
        <w:pStyle w:val="C&amp;CSection"/>
      </w:pPr>
      <w:r>
        <w:t>Role-Specific Written Questions</w:t>
      </w:r>
    </w:p>
    <w:p>
      <w:r>
        <w:rPr>
          <w:b/>
        </w:rPr>
        <w:t>1. A truck comes in for PM, but you find worn brakes and coolant seepage. How do you document and escalate the finding?</w:t>
      </w:r>
    </w:p>
    <w:p>
      <w:r>
        <w:br/>
        <w:br/>
      </w:r>
    </w:p>
    <w:p>
      <w:r>
        <w:rPr>
          <w:b/>
        </w:rPr>
        <w:t>2. Describe your process for diagnosing a no-start diesel before replacing parts.</w:t>
      </w:r>
    </w:p>
    <w:p>
      <w:r>
        <w:br/>
        <w:br/>
      </w:r>
    </w:p>
    <w:p>
      <w:r>
        <w:rPr>
          <w:b/>
        </w:rPr>
        <w:t>3. What are your strongest diesel repair areas and what areas still require support?</w:t>
      </w:r>
    </w:p>
    <w:p>
      <w:r>
        <w:br/>
        <w:br/>
      </w:r>
    </w:p>
    <w:p>
      <w:r>
        <w:rPr>
          <w:b/>
        </w:rPr>
        <w:t>4. How do you protect the company from comebacks when you are under time pressure?</w:t>
      </w:r>
    </w:p>
    <w:p>
      <w:r>
        <w:br/>
        <w:br/>
      </w:r>
    </w:p>
    <w:p>
      <w:pPr>
        <w:pStyle w:val="C&amp;CSection"/>
      </w:pPr>
      <w:r>
        <w:t>Practical Skills Test</w:t>
      </w:r>
    </w:p>
    <w:p>
      <w:pPr>
        <w:pStyle w:val="ListBullet"/>
      </w:pPr>
      <w:r>
        <w:t>Diagnostic Sequence Test: Build a step-by-step no-start diagnostic plan.</w:t>
      </w:r>
    </w:p>
    <w:p>
      <w:pPr>
        <w:pStyle w:val="ListBullet"/>
      </w:pPr>
      <w:r>
        <w:t>Work Order Test: Complete a mock repair order with findings, parts, labor notes, and approval request.</w:t>
      </w:r>
    </w:p>
    <w:p>
      <w:pPr>
        <w:pStyle w:val="ListBullet"/>
      </w:pPr>
      <w:r>
        <w:t>Torque/Spec Lookup Test: Explain how you verify service information before assembly.</w:t>
      </w:r>
    </w:p>
    <w:p>
      <w:pPr>
        <w:pStyle w:val="C&amp;CSection"/>
      </w:pPr>
      <w:r>
        <w:t>Professional References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Name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Relationship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Company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Phone/email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Years known</w:t>
            </w:r>
          </w:p>
        </w:tc>
      </w:tr>
      <w:tr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</w:tr>
      <w:tr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</w:tr>
      <w:tr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</w:tr>
    </w:tbl>
    <w:p/>
    <w:p>
      <w:pPr>
        <w:pStyle w:val="C&amp;CSection"/>
      </w:pPr>
      <w:r>
        <w:t>Applicant Certification</w:t>
      </w:r>
    </w:p>
    <w:p>
      <w:r>
        <w:t>I certify that the information I provided is true and complete to the best of my knowledge. I understand that false, misleading, or incomplete information may result in removal from consideration or separation from employment if hired. I authorize C&amp;C Mobile Services to verify information related to my application, employment history, training, certifications, driving eligibility if job-related, and references, subject to applicable law. I understand that employment, if offered, is not guaranteed for any specific length of time and may be subject to company policies, onboarding paperwork, safety rules, and required approvals.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Applicant signature:</w:t>
              <w:br/>
              <w:br/>
            </w:r>
          </w:p>
        </w:tc>
        <w:tc>
          <w:tcPr>
            <w:tcW w:type="dxa" w:w="5184"/>
          </w:tcPr>
          <w:p>
            <w:r>
              <w:t>Date:</w:t>
              <w:br/>
              <w:br/>
            </w:r>
          </w:p>
        </w:tc>
      </w:tr>
      <w:tr>
        <w:tc>
          <w:tcPr>
            <w:tcW w:type="dxa" w:w="5184"/>
          </w:tcPr>
          <w:p>
            <w:r>
              <w:t>Printed name:</w:t>
              <w:br/>
              <w:br/>
            </w:r>
          </w:p>
        </w:tc>
        <w:tc>
          <w:tcPr>
            <w:tcW w:type="dxa" w:w="5184"/>
          </w:tcPr>
          <w:p>
            <w:r>
              <w:br/>
              <w:br/>
            </w:r>
          </w:p>
        </w:tc>
      </w:tr>
      <w:tr>
        <w:tc>
          <w:tcPr>
            <w:tcW w:type="dxa" w:w="5184"/>
          </w:tcPr>
          <w:p>
            <w:r>
              <w:t>Parent/guardian if required by law:</w:t>
              <w:br/>
              <w:br/>
            </w:r>
          </w:p>
        </w:tc>
        <w:tc>
          <w:tcPr>
            <w:tcW w:type="dxa" w:w="5184"/>
          </w:tcPr>
          <w:p>
            <w:r>
              <w:t>Date:</w:t>
              <w:br/>
              <w:br/>
            </w:r>
          </w:p>
        </w:tc>
      </w:tr>
    </w:tbl>
    <w:p/>
    <w:p>
      <w:pPr>
        <w:pStyle w:val="C&amp;CSection"/>
      </w:pPr>
      <w:r>
        <w:t>Internal Use Only - Sid / CJ Review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Review item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Score 1-5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Notes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Sid initials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CJ initials</w:t>
            </w:r>
          </w:p>
        </w:tc>
      </w:tr>
      <w:tr>
        <w:tc>
          <w:tcPr>
            <w:tcW w:type="dxa" w:w="2074"/>
          </w:tcPr>
          <w:p>
            <w:r>
              <w:t>Application complete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Diesel/shop experience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Safety judgment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Tool readiness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Diagnostic/technical skill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Documentation quality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Practical test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References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Overall fit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Screening decision</w:t>
            </w:r>
          </w:p>
        </w:tc>
        <w:tc>
          <w:tcPr>
            <w:tcW w:type="dxa" w:w="5184"/>
          </w:tcPr>
          <w:p>
            <w:r>
              <w:t>( ) Move to interview   ( ) Hold   ( ) Decline</w:t>
            </w:r>
          </w:p>
        </w:tc>
      </w:tr>
      <w:tr>
        <w:tc>
          <w:tcPr>
            <w:tcW w:type="dxa" w:w="5184"/>
          </w:tcPr>
          <w:p>
            <w:r>
              <w:t>Interview decision</w:t>
            </w:r>
          </w:p>
        </w:tc>
        <w:tc>
          <w:tcPr>
            <w:tcW w:type="dxa" w:w="5184"/>
          </w:tcPr>
          <w:p>
            <w:r>
              <w:t>( ) Move to practical test   ( ) Hold   ( ) Decline</w:t>
            </w:r>
          </w:p>
        </w:tc>
      </w:tr>
      <w:tr>
        <w:tc>
          <w:tcPr>
            <w:tcW w:type="dxa" w:w="5184"/>
          </w:tcPr>
          <w:p>
            <w:r>
              <w:t>Final recommendation by Sid</w:t>
            </w:r>
          </w:p>
        </w:tc>
        <w:tc>
          <w:tcPr>
            <w:tcW w:type="dxa" w:w="5184"/>
          </w:tcPr>
          <w:p>
            <w:r>
              <w:t>( ) Recommend hire   ( ) Recommend backup   ( ) Do not hire</w:t>
            </w:r>
          </w:p>
        </w:tc>
      </w:tr>
      <w:tr>
        <w:tc>
          <w:tcPr>
            <w:tcW w:type="dxa" w:w="5184"/>
          </w:tcPr>
          <w:p>
            <w:r>
              <w:t>Final decision by CJ</w:t>
            </w:r>
          </w:p>
        </w:tc>
        <w:tc>
          <w:tcPr>
            <w:tcW w:type="dxa" w:w="5184"/>
          </w:tcPr>
          <w:p>
            <w:r>
              <w:t>( ) Approved   ( ) Not approved   ( ) Revisit later</w:t>
            </w:r>
          </w:p>
        </w:tc>
      </w:tr>
    </w:tbl>
    <w:p/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111827"/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30"/>
              </w:rPr>
              <w:t>Advanced Diesel Diagnostic Technician - Level A Application</w:t>
            </w:r>
          </w:p>
        </w:tc>
      </w:tr>
    </w:tbl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5E7EB"/>
          </w:tcPr>
          <w:p>
            <w:r>
              <w:t>Position</w:t>
            </w:r>
          </w:p>
        </w:tc>
        <w:tc>
          <w:tcPr>
            <w:tcW w:type="dxa" w:w="5184"/>
          </w:tcPr>
          <w:p>
            <w:r>
              <w:t>Advanced Diesel Diagnostic Technician - Level A</w:t>
            </w:r>
          </w:p>
        </w:tc>
      </w:tr>
      <w:tr>
        <w:tc>
          <w:tcPr>
            <w:tcW w:type="dxa" w:w="5184"/>
            <w:shd w:fill="E5E7EB"/>
          </w:tcPr>
          <w:p>
            <w:r>
              <w:t>Level</w:t>
            </w:r>
          </w:p>
        </w:tc>
        <w:tc>
          <w:tcPr>
            <w:tcW w:type="dxa" w:w="5184"/>
          </w:tcPr>
          <w:p>
            <w:r>
              <w:t>Level A / Advanced Diagnostic Technician</w:t>
            </w:r>
          </w:p>
        </w:tc>
      </w:tr>
      <w:tr>
        <w:tc>
          <w:tcPr>
            <w:tcW w:type="dxa" w:w="5184"/>
            <w:shd w:fill="E5E7EB"/>
          </w:tcPr>
          <w:p>
            <w:r>
              <w:t>Purpose</w:t>
            </w:r>
          </w:p>
        </w:tc>
        <w:tc>
          <w:tcPr>
            <w:tcW w:type="dxa" w:w="5184"/>
          </w:tcPr>
          <w:p>
            <w:r>
              <w:t>Handles complex diesel diagnostics, electrical issues, drivability faults, aftertreatment concerns, advanced repairs, quality checks, and technical guidance under Sid.</w:t>
            </w:r>
          </w:p>
        </w:tc>
      </w:tr>
      <w:tr>
        <w:tc>
          <w:tcPr>
            <w:tcW w:type="dxa" w:w="5184"/>
            <w:shd w:fill="E5E7EB"/>
          </w:tcPr>
          <w:p>
            <w:r>
              <w:t>Reports to</w:t>
            </w:r>
          </w:p>
        </w:tc>
        <w:tc>
          <w:tcPr>
            <w:tcW w:type="dxa" w:w="5184"/>
          </w:tcPr>
          <w:p>
            <w:r>
              <w:t>Sid - Head of Diesel Service Department</w:t>
            </w:r>
          </w:p>
        </w:tc>
      </w:tr>
      <w:tr>
        <w:tc>
          <w:tcPr>
            <w:tcW w:type="dxa" w:w="5184"/>
            <w:shd w:fill="E5E7EB"/>
          </w:tcPr>
          <w:p>
            <w:r>
              <w:t>Hiring authority</w:t>
            </w:r>
          </w:p>
        </w:tc>
        <w:tc>
          <w:tcPr>
            <w:tcW w:type="dxa" w:w="5184"/>
          </w:tcPr>
          <w:p>
            <w:r>
              <w:t>Sid validates advanced diagnostic ability; CJ gives final hiring/pay approval.</w:t>
            </w:r>
          </w:p>
        </w:tc>
      </w:tr>
    </w:tbl>
    <w:p>
      <w:r>
        <w:t>Applicant should complete all sections. C&amp;C should keep this document in a secure hiring file. Do not request protected personal information or official onboarding forms at application stage.</w:t>
      </w:r>
    </w:p>
    <w:p>
      <w:pPr>
        <w:pStyle w:val="C&amp;CSection"/>
      </w:pPr>
      <w:r>
        <w:t>Applicant Information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3672"/>
            <w:shd w:fill="111827"/>
          </w:tcPr>
          <w:p>
            <w:r>
              <w:rPr>
                <w:b/>
                <w:color w:val="FFFFFF"/>
              </w:rPr>
              <w:t>Field</w:t>
            </w:r>
          </w:p>
        </w:tc>
        <w:tc>
          <w:tcPr>
            <w:tcW w:type="dxa" w:w="5832"/>
            <w:shd w:fill="111827"/>
          </w:tcPr>
          <w:p>
            <w:r>
              <w:rPr>
                <w:b/>
                <w:color w:val="FFFFFF"/>
              </w:rPr>
              <w:t>Applicant response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Applicant full name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Preferred name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Phone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Email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Address / City / State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Position applied for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Date available to start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Desired schedule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Full-time   ( ) Part-time   ( ) Contract   ( ) Flexible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Desired pay range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How did you hear about this opening?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</w:tbl>
    <w:p/>
    <w:p>
      <w:pPr>
        <w:pStyle w:val="C&amp;CSection"/>
      </w:pPr>
      <w:r>
        <w:t>Eligibility, Availability, Shop Readiness, and Systems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3672"/>
            <w:shd w:fill="111827"/>
          </w:tcPr>
          <w:p>
            <w:r>
              <w:rPr>
                <w:b/>
                <w:color w:val="FFFFFF"/>
              </w:rPr>
              <w:t>Field</w:t>
            </w:r>
          </w:p>
        </w:tc>
        <w:tc>
          <w:tcPr>
            <w:tcW w:type="dxa" w:w="5832"/>
            <w:shd w:fill="111827"/>
          </w:tcPr>
          <w:p>
            <w:r>
              <w:rPr>
                <w:b/>
                <w:color w:val="FFFFFF"/>
              </w:rPr>
              <w:t>Applicant response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Are you legally authorized to work in the United States?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Yes   ( ) No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Will you now or in the future require sponsorship for employment authorization?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Yes   ( ) No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Are you able to perform the essential duties of this role, with or without reasonable accommodation?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Yes   ( ) No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Are you at least 18 years old if the role requires shop equipment access, driving, or unsupervised customer/business access?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Yes   ( ) No   ( ) Not applicable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Are you available for a background/reference check process if C&amp;C makes a conditional offer?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Yes   ( ) No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Monday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Tuesday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Wednesday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Thursday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Do you currently own tools required for this role?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Yes   ( ) Partial   ( ) No   ( ) Not required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Can you provide a basic tool list if requested?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Yes   ( ) No   ( ) Not applicable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Do you have a valid driver license if the role requires moving vehicles on company/customer property?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Yes   ( ) No   ( ) Not applicable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Are you comfortable working around diesel trucks, heavy parts, fluids, batteries, lifts/jacks, and shop noise?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Yes   ( ) No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List any diesel, automotive, fleet, parts, safety, or equipment certifications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EPA Section 609/MVAC certification if applicable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Yes   ( ) No   ( ) Willing to obtain   ( ) Not applicable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Diagnostic scan tools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None   ( ) Basic   ( ) Intermediate   ( ) Advanced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Electrical meter / test equipment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None   ( ) Basic   ( ) Intermediate   ( ) Advanced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Service information / wiring diagrams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None   ( ) Basic   ( ) Intermediate   ( ) Advanced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Work order / shop management software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None   ( ) Basic   ( ) Intermediate   ( ) Advanced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Excel / Google Sheets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None   ( ) Basic   ( ) Intermediate   ( ) Advanced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Vendor/parts portals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None   ( ) Basic   ( ) Intermediate   ( ) Advanced</w:t>
            </w:r>
          </w:p>
        </w:tc>
      </w:tr>
    </w:tbl>
    <w:p/>
    <w:p>
      <w:pPr>
        <w:pStyle w:val="C&amp;CSection"/>
      </w:pPr>
      <w:r>
        <w:t>Role-Specific Skills Self-Assessment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5472"/>
            <w:shd w:fill="111827"/>
          </w:tcPr>
          <w:p>
            <w:r>
              <w:rPr>
                <w:b/>
                <w:color w:val="FFFFFF"/>
              </w:rPr>
              <w:t>Skill / requirement</w:t>
            </w:r>
          </w:p>
        </w:tc>
        <w:tc>
          <w:tcPr>
            <w:tcW w:type="dxa" w:w="1080"/>
            <w:shd w:fill="111827"/>
          </w:tcPr>
          <w:p>
            <w:r>
              <w:rPr>
                <w:b/>
                <w:color w:val="FFFFFF"/>
              </w:rPr>
              <w:t>No</w:t>
            </w:r>
          </w:p>
        </w:tc>
        <w:tc>
          <w:tcPr>
            <w:tcW w:type="dxa" w:w="1080"/>
            <w:shd w:fill="111827"/>
          </w:tcPr>
          <w:p>
            <w:r>
              <w:rPr>
                <w:b/>
                <w:color w:val="FFFFFF"/>
              </w:rPr>
              <w:t>Some</w:t>
            </w:r>
          </w:p>
        </w:tc>
        <w:tc>
          <w:tcPr>
            <w:tcW w:type="dxa" w:w="1080"/>
            <w:shd w:fill="111827"/>
          </w:tcPr>
          <w:p>
            <w:r>
              <w:rPr>
                <w:b/>
                <w:color w:val="FFFFFF"/>
              </w:rPr>
              <w:t>Strong</w:t>
            </w:r>
          </w:p>
        </w:tc>
      </w:tr>
      <w:tr>
        <w:tc>
          <w:tcPr>
            <w:tcW w:type="dxa" w:w="5472"/>
            <w:vAlign w:val="center"/>
          </w:tcPr>
          <w:p>
            <w:r>
              <w:t>Advanced diagnostics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Wiring diagrams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Electrical testing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Aftertreatment diagnostics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Fuel system diagnostics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Air intake/boost diagnostics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Cooling diagnostics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No-start strategy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Scan data interpretation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Oscilloscope/meter usage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Diagnostic writeups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Quality control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</w:tbl>
    <w:p/>
    <w:p>
      <w:pPr>
        <w:pStyle w:val="C&amp;CSection"/>
      </w:pPr>
      <w:r>
        <w:t>Role-Specific Written Questions</w:t>
      </w:r>
    </w:p>
    <w:p>
      <w:r>
        <w:rPr>
          <w:b/>
        </w:rPr>
        <w:t>1. Walk through your process for diagnosing an intermittent diesel no-start with no obvious codes.</w:t>
      </w:r>
    </w:p>
    <w:p>
      <w:r>
        <w:br/>
        <w:br/>
      </w:r>
    </w:p>
    <w:p>
      <w:r>
        <w:rPr>
          <w:b/>
        </w:rPr>
        <w:t>2. How do you separate a sensor fault, wiring fault, mechanical fault, and control-module issue?</w:t>
      </w:r>
    </w:p>
    <w:p>
      <w:r>
        <w:br/>
        <w:br/>
      </w:r>
    </w:p>
    <w:p>
      <w:r>
        <w:rPr>
          <w:b/>
        </w:rPr>
        <w:t>3. Describe a hard diagnostic case you solved and what proved the root cause.</w:t>
      </w:r>
    </w:p>
    <w:p>
      <w:r>
        <w:br/>
        <w:br/>
      </w:r>
    </w:p>
    <w:p>
      <w:r>
        <w:rPr>
          <w:b/>
        </w:rPr>
        <w:t>4. How should diagnostic time be communicated to customers and protected from underbilling?</w:t>
      </w:r>
    </w:p>
    <w:p>
      <w:r>
        <w:br/>
        <w:br/>
      </w:r>
    </w:p>
    <w:p>
      <w:pPr>
        <w:pStyle w:val="C&amp;CSection"/>
      </w:pPr>
      <w:r>
        <w:t>Practical Skills Test</w:t>
      </w:r>
    </w:p>
    <w:p>
      <w:pPr>
        <w:pStyle w:val="ListBullet"/>
      </w:pPr>
      <w:r>
        <w:t>Fault Tree Test: Build a diagnostic plan from symptoms, codes, and freeze-frame data.</w:t>
      </w:r>
    </w:p>
    <w:p>
      <w:pPr>
        <w:pStyle w:val="ListBullet"/>
      </w:pPr>
      <w:r>
        <w:t>Electrical Test: Interpret voltage drop or continuity test results from a mock circuit.</w:t>
      </w:r>
    </w:p>
    <w:p>
      <w:pPr>
        <w:pStyle w:val="ListBullet"/>
      </w:pPr>
      <w:r>
        <w:t>Estimate Support Test: Write a diagnostic summary that CJ/MoMo could use for customer approval.</w:t>
      </w:r>
    </w:p>
    <w:p>
      <w:pPr>
        <w:pStyle w:val="C&amp;CSection"/>
      </w:pPr>
      <w:r>
        <w:t>Professional References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Name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Relationship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Company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Phone/email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Years known</w:t>
            </w:r>
          </w:p>
        </w:tc>
      </w:tr>
      <w:tr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</w:tr>
      <w:tr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</w:tr>
      <w:tr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</w:tr>
    </w:tbl>
    <w:p/>
    <w:p>
      <w:pPr>
        <w:pStyle w:val="C&amp;CSection"/>
      </w:pPr>
      <w:r>
        <w:t>Applicant Certification</w:t>
      </w:r>
    </w:p>
    <w:p>
      <w:r>
        <w:t>I certify that the information I provided is true and complete to the best of my knowledge. I understand that false, misleading, or incomplete information may result in removal from consideration or separation from employment if hired. I authorize C&amp;C Mobile Services to verify information related to my application, employment history, training, certifications, driving eligibility if job-related, and references, subject to applicable law. I understand that employment, if offered, is not guaranteed for any specific length of time and may be subject to company policies, onboarding paperwork, safety rules, and required approvals.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Applicant signature:</w:t>
              <w:br/>
              <w:br/>
            </w:r>
          </w:p>
        </w:tc>
        <w:tc>
          <w:tcPr>
            <w:tcW w:type="dxa" w:w="5184"/>
          </w:tcPr>
          <w:p>
            <w:r>
              <w:t>Date:</w:t>
              <w:br/>
              <w:br/>
            </w:r>
          </w:p>
        </w:tc>
      </w:tr>
      <w:tr>
        <w:tc>
          <w:tcPr>
            <w:tcW w:type="dxa" w:w="5184"/>
          </w:tcPr>
          <w:p>
            <w:r>
              <w:t>Printed name:</w:t>
              <w:br/>
              <w:br/>
            </w:r>
          </w:p>
        </w:tc>
        <w:tc>
          <w:tcPr>
            <w:tcW w:type="dxa" w:w="5184"/>
          </w:tcPr>
          <w:p>
            <w:r>
              <w:br/>
              <w:br/>
            </w:r>
          </w:p>
        </w:tc>
      </w:tr>
      <w:tr>
        <w:tc>
          <w:tcPr>
            <w:tcW w:type="dxa" w:w="5184"/>
          </w:tcPr>
          <w:p>
            <w:r>
              <w:t>Parent/guardian if required by law:</w:t>
              <w:br/>
              <w:br/>
            </w:r>
          </w:p>
        </w:tc>
        <w:tc>
          <w:tcPr>
            <w:tcW w:type="dxa" w:w="5184"/>
          </w:tcPr>
          <w:p>
            <w:r>
              <w:t>Date:</w:t>
              <w:br/>
              <w:br/>
            </w:r>
          </w:p>
        </w:tc>
      </w:tr>
    </w:tbl>
    <w:p/>
    <w:p>
      <w:pPr>
        <w:pStyle w:val="C&amp;CSection"/>
      </w:pPr>
      <w:r>
        <w:t>Internal Use Only - Sid / CJ Review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Review item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Score 1-5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Notes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Sid initials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CJ initials</w:t>
            </w:r>
          </w:p>
        </w:tc>
      </w:tr>
      <w:tr>
        <w:tc>
          <w:tcPr>
            <w:tcW w:type="dxa" w:w="2074"/>
          </w:tcPr>
          <w:p>
            <w:r>
              <w:t>Application complete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Diesel/shop experience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Safety judgment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Tool readiness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Diagnostic/technical skill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Documentation quality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Practical test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References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Overall fit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Screening decision</w:t>
            </w:r>
          </w:p>
        </w:tc>
        <w:tc>
          <w:tcPr>
            <w:tcW w:type="dxa" w:w="5184"/>
          </w:tcPr>
          <w:p>
            <w:r>
              <w:t>( ) Move to interview   ( ) Hold   ( ) Decline</w:t>
            </w:r>
          </w:p>
        </w:tc>
      </w:tr>
      <w:tr>
        <w:tc>
          <w:tcPr>
            <w:tcW w:type="dxa" w:w="5184"/>
          </w:tcPr>
          <w:p>
            <w:r>
              <w:t>Interview decision</w:t>
            </w:r>
          </w:p>
        </w:tc>
        <w:tc>
          <w:tcPr>
            <w:tcW w:type="dxa" w:w="5184"/>
          </w:tcPr>
          <w:p>
            <w:r>
              <w:t>( ) Move to practical test   ( ) Hold   ( ) Decline</w:t>
            </w:r>
          </w:p>
        </w:tc>
      </w:tr>
      <w:tr>
        <w:tc>
          <w:tcPr>
            <w:tcW w:type="dxa" w:w="5184"/>
          </w:tcPr>
          <w:p>
            <w:r>
              <w:t>Final recommendation by Sid</w:t>
            </w:r>
          </w:p>
        </w:tc>
        <w:tc>
          <w:tcPr>
            <w:tcW w:type="dxa" w:w="5184"/>
          </w:tcPr>
          <w:p>
            <w:r>
              <w:t>( ) Recommend hire   ( ) Recommend backup   ( ) Do not hire</w:t>
            </w:r>
          </w:p>
        </w:tc>
      </w:tr>
      <w:tr>
        <w:tc>
          <w:tcPr>
            <w:tcW w:type="dxa" w:w="5184"/>
          </w:tcPr>
          <w:p>
            <w:r>
              <w:t>Final decision by CJ</w:t>
            </w:r>
          </w:p>
        </w:tc>
        <w:tc>
          <w:tcPr>
            <w:tcW w:type="dxa" w:w="5184"/>
          </w:tcPr>
          <w:p>
            <w:r>
              <w:t>( ) Approved   ( ) Not approved   ( ) Revisit later</w:t>
            </w:r>
          </w:p>
        </w:tc>
      </w:tr>
    </w:tbl>
    <w:p/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111827"/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30"/>
              </w:rPr>
              <w:t>Diesel Shop Foreman / Lead Technician Application</w:t>
            </w:r>
          </w:p>
        </w:tc>
      </w:tr>
    </w:tbl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5E7EB"/>
          </w:tcPr>
          <w:p>
            <w:r>
              <w:t>Position</w:t>
            </w:r>
          </w:p>
        </w:tc>
        <w:tc>
          <w:tcPr>
            <w:tcW w:type="dxa" w:w="5184"/>
          </w:tcPr>
          <w:p>
            <w:r>
              <w:t>Diesel Shop Foreman / Lead Technician</w:t>
            </w:r>
          </w:p>
        </w:tc>
      </w:tr>
      <w:tr>
        <w:tc>
          <w:tcPr>
            <w:tcW w:type="dxa" w:w="5184"/>
            <w:shd w:fill="E5E7EB"/>
          </w:tcPr>
          <w:p>
            <w:r>
              <w:t>Level</w:t>
            </w:r>
          </w:p>
        </w:tc>
        <w:tc>
          <w:tcPr>
            <w:tcW w:type="dxa" w:w="5184"/>
          </w:tcPr>
          <w:p>
            <w:r>
              <w:t>Shop Leadership / Lead Tech</w:t>
            </w:r>
          </w:p>
        </w:tc>
      </w:tr>
      <w:tr>
        <w:tc>
          <w:tcPr>
            <w:tcW w:type="dxa" w:w="5184"/>
            <w:shd w:fill="E5E7EB"/>
          </w:tcPr>
          <w:p>
            <w:r>
              <w:t>Purpose</w:t>
            </w:r>
          </w:p>
        </w:tc>
        <w:tc>
          <w:tcPr>
            <w:tcW w:type="dxa" w:w="5184"/>
          </w:tcPr>
          <w:p>
            <w:r>
              <w:t>Supports Sid by controlling workflow, assigning bays, checking repair quality, mentoring techs, reviewing work orders, and keeping the diesel shop safe and productive.</w:t>
            </w:r>
          </w:p>
        </w:tc>
      </w:tr>
      <w:tr>
        <w:tc>
          <w:tcPr>
            <w:tcW w:type="dxa" w:w="5184"/>
            <w:shd w:fill="E5E7EB"/>
          </w:tcPr>
          <w:p>
            <w:r>
              <w:t>Reports to</w:t>
            </w:r>
          </w:p>
        </w:tc>
        <w:tc>
          <w:tcPr>
            <w:tcW w:type="dxa" w:w="5184"/>
          </w:tcPr>
          <w:p>
            <w:r>
              <w:t>Sid - Head of Diesel Service Department</w:t>
            </w:r>
          </w:p>
        </w:tc>
      </w:tr>
      <w:tr>
        <w:tc>
          <w:tcPr>
            <w:tcW w:type="dxa" w:w="5184"/>
            <w:shd w:fill="E5E7EB"/>
          </w:tcPr>
          <w:p>
            <w:r>
              <w:t>Hiring authority</w:t>
            </w:r>
          </w:p>
        </w:tc>
        <w:tc>
          <w:tcPr>
            <w:tcW w:type="dxa" w:w="5184"/>
          </w:tcPr>
          <w:p>
            <w:r>
              <w:t>Sid recommends leadership fit; CJ gives final hiring and authority approval.</w:t>
            </w:r>
          </w:p>
        </w:tc>
      </w:tr>
    </w:tbl>
    <w:p>
      <w:r>
        <w:t>Applicant should complete all sections. C&amp;C should keep this document in a secure hiring file. Do not request protected personal information or official onboarding forms at application stage.</w:t>
      </w:r>
    </w:p>
    <w:p>
      <w:pPr>
        <w:pStyle w:val="C&amp;CSection"/>
      </w:pPr>
      <w:r>
        <w:t>Applicant Information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3672"/>
            <w:shd w:fill="111827"/>
          </w:tcPr>
          <w:p>
            <w:r>
              <w:rPr>
                <w:b/>
                <w:color w:val="FFFFFF"/>
              </w:rPr>
              <w:t>Field</w:t>
            </w:r>
          </w:p>
        </w:tc>
        <w:tc>
          <w:tcPr>
            <w:tcW w:type="dxa" w:w="5832"/>
            <w:shd w:fill="111827"/>
          </w:tcPr>
          <w:p>
            <w:r>
              <w:rPr>
                <w:b/>
                <w:color w:val="FFFFFF"/>
              </w:rPr>
              <w:t>Applicant response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Applicant full name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Preferred name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Phone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Email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Address / City / State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Position applied for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Date available to start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Desired schedule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Full-time   ( ) Part-time   ( ) Contract   ( ) Flexible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Desired pay range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How did you hear about this opening?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</w:tbl>
    <w:p/>
    <w:p>
      <w:pPr>
        <w:pStyle w:val="C&amp;CSection"/>
      </w:pPr>
      <w:r>
        <w:t>Eligibility, Availability, Shop Readiness, and Systems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3672"/>
            <w:shd w:fill="111827"/>
          </w:tcPr>
          <w:p>
            <w:r>
              <w:rPr>
                <w:b/>
                <w:color w:val="FFFFFF"/>
              </w:rPr>
              <w:t>Field</w:t>
            </w:r>
          </w:p>
        </w:tc>
        <w:tc>
          <w:tcPr>
            <w:tcW w:type="dxa" w:w="5832"/>
            <w:shd w:fill="111827"/>
          </w:tcPr>
          <w:p>
            <w:r>
              <w:rPr>
                <w:b/>
                <w:color w:val="FFFFFF"/>
              </w:rPr>
              <w:t>Applicant response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Are you legally authorized to work in the United States?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Yes   ( ) No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Will you now or in the future require sponsorship for employment authorization?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Yes   ( ) No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Are you able to perform the essential duties of this role, with or without reasonable accommodation?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Yes   ( ) No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Are you at least 18 years old if the role requires shop equipment access, driving, or unsupervised customer/business access?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Yes   ( ) No   ( ) Not applicable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Are you available for a background/reference check process if C&amp;C makes a conditional offer?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Yes   ( ) No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Monday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Tuesday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Wednesday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Thursday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Do you currently own tools required for this role?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Yes   ( ) Partial   ( ) No   ( ) Not required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Can you provide a basic tool list if requested?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Yes   ( ) No   ( ) Not applicable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Do you have a valid driver license if the role requires moving vehicles on company/customer property?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Yes   ( ) No   ( ) Not applicable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Are you comfortable working around diesel trucks, heavy parts, fluids, batteries, lifts/jacks, and shop noise?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Yes   ( ) No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List any diesel, automotive, fleet, parts, safety, or equipment certifications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EPA Section 609/MVAC certification if applicable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Yes   ( ) No   ( ) Willing to obtain   ( ) Not applicable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Diagnostic scan tools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None   ( ) Basic   ( ) Intermediate   ( ) Advanced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Electrical meter / test equipment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None   ( ) Basic   ( ) Intermediate   ( ) Advanced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Service information / wiring diagrams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None   ( ) Basic   ( ) Intermediate   ( ) Advanced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Work order / shop management software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None   ( ) Basic   ( ) Intermediate   ( ) Advanced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Excel / Google Sheets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None   ( ) Basic   ( ) Intermediate   ( ) Advanced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Vendor/parts portals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None   ( ) Basic   ( ) Intermediate   ( ) Advanced</w:t>
            </w:r>
          </w:p>
        </w:tc>
      </w:tr>
    </w:tbl>
    <w:p/>
    <w:p>
      <w:pPr>
        <w:pStyle w:val="C&amp;CSection"/>
      </w:pPr>
      <w:r>
        <w:t>Role-Specific Skills Self-Assessment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5472"/>
            <w:shd w:fill="111827"/>
          </w:tcPr>
          <w:p>
            <w:r>
              <w:rPr>
                <w:b/>
                <w:color w:val="FFFFFF"/>
              </w:rPr>
              <w:t>Skill / requirement</w:t>
            </w:r>
          </w:p>
        </w:tc>
        <w:tc>
          <w:tcPr>
            <w:tcW w:type="dxa" w:w="1080"/>
            <w:shd w:fill="111827"/>
          </w:tcPr>
          <w:p>
            <w:r>
              <w:rPr>
                <w:b/>
                <w:color w:val="FFFFFF"/>
              </w:rPr>
              <w:t>No</w:t>
            </w:r>
          </w:p>
        </w:tc>
        <w:tc>
          <w:tcPr>
            <w:tcW w:type="dxa" w:w="1080"/>
            <w:shd w:fill="111827"/>
          </w:tcPr>
          <w:p>
            <w:r>
              <w:rPr>
                <w:b/>
                <w:color w:val="FFFFFF"/>
              </w:rPr>
              <w:t>Some</w:t>
            </w:r>
          </w:p>
        </w:tc>
        <w:tc>
          <w:tcPr>
            <w:tcW w:type="dxa" w:w="1080"/>
            <w:shd w:fill="111827"/>
          </w:tcPr>
          <w:p>
            <w:r>
              <w:rPr>
                <w:b/>
                <w:color w:val="FFFFFF"/>
              </w:rPr>
              <w:t>Strong</w:t>
            </w:r>
          </w:p>
        </w:tc>
      </w:tr>
      <w:tr>
        <w:tc>
          <w:tcPr>
            <w:tcW w:type="dxa" w:w="5472"/>
            <w:vAlign w:val="center"/>
          </w:tcPr>
          <w:p>
            <w:r>
              <w:t>Workflow control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Bay assignments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Quality inspections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Tech coaching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Comeback review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Work order review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Safety enforcement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Parts delay coordination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Daily huddle leadership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Productivity tracking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Customer-ready notes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Sid/CJ escalation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</w:tbl>
    <w:p/>
    <w:p>
      <w:pPr>
        <w:pStyle w:val="C&amp;CSection"/>
      </w:pPr>
      <w:r>
        <w:t>Role-Specific Written Questions</w:t>
      </w:r>
    </w:p>
    <w:p>
      <w:r>
        <w:rPr>
          <w:b/>
        </w:rPr>
        <w:t>1. A Level B tech says a job is complete, but your quality check shows a fluid leak. What do you do?</w:t>
      </w:r>
    </w:p>
    <w:p>
      <w:r>
        <w:br/>
        <w:br/>
      </w:r>
    </w:p>
    <w:p>
      <w:r>
        <w:rPr>
          <w:b/>
        </w:rPr>
        <w:t>2. How would you prioritize three down trucks, one comeback, and two waiting PM jobs?</w:t>
      </w:r>
    </w:p>
    <w:p>
      <w:r>
        <w:br/>
        <w:br/>
      </w:r>
    </w:p>
    <w:p>
      <w:r>
        <w:rPr>
          <w:b/>
        </w:rPr>
        <w:t>3. What authority should a shop foreman have, and what should still go to Sid/CJ?</w:t>
      </w:r>
    </w:p>
    <w:p>
      <w:r>
        <w:br/>
        <w:br/>
      </w:r>
    </w:p>
    <w:p>
      <w:r>
        <w:rPr>
          <w:b/>
        </w:rPr>
        <w:t>4. Describe how you coach a younger tech without embarrassing them or lowering standards.</w:t>
      </w:r>
    </w:p>
    <w:p>
      <w:r>
        <w:br/>
        <w:br/>
      </w:r>
    </w:p>
    <w:p>
      <w:pPr>
        <w:pStyle w:val="C&amp;CSection"/>
      </w:pPr>
      <w:r>
        <w:t>Practical Skills Test</w:t>
      </w:r>
    </w:p>
    <w:p>
      <w:pPr>
        <w:pStyle w:val="ListBullet"/>
      </w:pPr>
      <w:r>
        <w:t>Shop Schedule Test: Assign five mock jobs to three techs based on skill, time, and urgency.</w:t>
      </w:r>
    </w:p>
    <w:p>
      <w:pPr>
        <w:pStyle w:val="ListBullet"/>
      </w:pPr>
      <w:r>
        <w:t>Quality Control Test: Review a completed work order and identify missing proof/sign-offs.</w:t>
      </w:r>
    </w:p>
    <w:p>
      <w:pPr>
        <w:pStyle w:val="ListBullet"/>
      </w:pPr>
      <w:r>
        <w:t>Leadership Scenario: Handle a conflict between a technician and parts/service writer.</w:t>
      </w:r>
    </w:p>
    <w:p>
      <w:pPr>
        <w:pStyle w:val="C&amp;CSection"/>
      </w:pPr>
      <w:r>
        <w:t>Professional References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Name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Relationship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Company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Phone/email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Years known</w:t>
            </w:r>
          </w:p>
        </w:tc>
      </w:tr>
      <w:tr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</w:tr>
      <w:tr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</w:tr>
      <w:tr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</w:tr>
    </w:tbl>
    <w:p/>
    <w:p>
      <w:pPr>
        <w:pStyle w:val="C&amp;CSection"/>
      </w:pPr>
      <w:r>
        <w:t>Applicant Certification</w:t>
      </w:r>
    </w:p>
    <w:p>
      <w:r>
        <w:t>I certify that the information I provided is true and complete to the best of my knowledge. I understand that false, misleading, or incomplete information may result in removal from consideration or separation from employment if hired. I authorize C&amp;C Mobile Services to verify information related to my application, employment history, training, certifications, driving eligibility if job-related, and references, subject to applicable law. I understand that employment, if offered, is not guaranteed for any specific length of time and may be subject to company policies, onboarding paperwork, safety rules, and required approvals.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Applicant signature:</w:t>
              <w:br/>
              <w:br/>
            </w:r>
          </w:p>
        </w:tc>
        <w:tc>
          <w:tcPr>
            <w:tcW w:type="dxa" w:w="5184"/>
          </w:tcPr>
          <w:p>
            <w:r>
              <w:t>Date:</w:t>
              <w:br/>
              <w:br/>
            </w:r>
          </w:p>
        </w:tc>
      </w:tr>
      <w:tr>
        <w:tc>
          <w:tcPr>
            <w:tcW w:type="dxa" w:w="5184"/>
          </w:tcPr>
          <w:p>
            <w:r>
              <w:t>Printed name:</w:t>
              <w:br/>
              <w:br/>
            </w:r>
          </w:p>
        </w:tc>
        <w:tc>
          <w:tcPr>
            <w:tcW w:type="dxa" w:w="5184"/>
          </w:tcPr>
          <w:p>
            <w:r>
              <w:br/>
              <w:br/>
            </w:r>
          </w:p>
        </w:tc>
      </w:tr>
      <w:tr>
        <w:tc>
          <w:tcPr>
            <w:tcW w:type="dxa" w:w="5184"/>
          </w:tcPr>
          <w:p>
            <w:r>
              <w:t>Parent/guardian if required by law:</w:t>
              <w:br/>
              <w:br/>
            </w:r>
          </w:p>
        </w:tc>
        <w:tc>
          <w:tcPr>
            <w:tcW w:type="dxa" w:w="5184"/>
          </w:tcPr>
          <w:p>
            <w:r>
              <w:t>Date:</w:t>
              <w:br/>
              <w:br/>
            </w:r>
          </w:p>
        </w:tc>
      </w:tr>
    </w:tbl>
    <w:p/>
    <w:p>
      <w:pPr>
        <w:pStyle w:val="C&amp;CSection"/>
      </w:pPr>
      <w:r>
        <w:t>Internal Use Only - Sid / CJ Review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Review item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Score 1-5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Notes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Sid initials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CJ initials</w:t>
            </w:r>
          </w:p>
        </w:tc>
      </w:tr>
      <w:tr>
        <w:tc>
          <w:tcPr>
            <w:tcW w:type="dxa" w:w="2074"/>
          </w:tcPr>
          <w:p>
            <w:r>
              <w:t>Application complete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Diesel/shop experience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Safety judgment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Tool readiness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Diagnostic/technical skill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Documentation quality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Practical test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References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Overall fit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Screening decision</w:t>
            </w:r>
          </w:p>
        </w:tc>
        <w:tc>
          <w:tcPr>
            <w:tcW w:type="dxa" w:w="5184"/>
          </w:tcPr>
          <w:p>
            <w:r>
              <w:t>( ) Move to interview   ( ) Hold   ( ) Decline</w:t>
            </w:r>
          </w:p>
        </w:tc>
      </w:tr>
      <w:tr>
        <w:tc>
          <w:tcPr>
            <w:tcW w:type="dxa" w:w="5184"/>
          </w:tcPr>
          <w:p>
            <w:r>
              <w:t>Interview decision</w:t>
            </w:r>
          </w:p>
        </w:tc>
        <w:tc>
          <w:tcPr>
            <w:tcW w:type="dxa" w:w="5184"/>
          </w:tcPr>
          <w:p>
            <w:r>
              <w:t>( ) Move to practical test   ( ) Hold   ( ) Decline</w:t>
            </w:r>
          </w:p>
        </w:tc>
      </w:tr>
      <w:tr>
        <w:tc>
          <w:tcPr>
            <w:tcW w:type="dxa" w:w="5184"/>
          </w:tcPr>
          <w:p>
            <w:r>
              <w:t>Final recommendation by Sid</w:t>
            </w:r>
          </w:p>
        </w:tc>
        <w:tc>
          <w:tcPr>
            <w:tcW w:type="dxa" w:w="5184"/>
          </w:tcPr>
          <w:p>
            <w:r>
              <w:t>( ) Recommend hire   ( ) Recommend backup   ( ) Do not hire</w:t>
            </w:r>
          </w:p>
        </w:tc>
      </w:tr>
      <w:tr>
        <w:tc>
          <w:tcPr>
            <w:tcW w:type="dxa" w:w="5184"/>
          </w:tcPr>
          <w:p>
            <w:r>
              <w:t>Final decision by CJ</w:t>
            </w:r>
          </w:p>
        </w:tc>
        <w:tc>
          <w:tcPr>
            <w:tcW w:type="dxa" w:w="5184"/>
          </w:tcPr>
          <w:p>
            <w:r>
              <w:t>( ) Approved   ( ) Not approved   ( ) Revisit later</w:t>
            </w:r>
          </w:p>
        </w:tc>
      </w:tr>
    </w:tbl>
    <w:p/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111827"/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30"/>
              </w:rPr>
              <w:t>Diesel Service Writer / Shop Coordinator Application</w:t>
            </w:r>
          </w:p>
        </w:tc>
      </w:tr>
    </w:tbl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5E7EB"/>
          </w:tcPr>
          <w:p>
            <w:r>
              <w:t>Position</w:t>
            </w:r>
          </w:p>
        </w:tc>
        <w:tc>
          <w:tcPr>
            <w:tcW w:type="dxa" w:w="5184"/>
          </w:tcPr>
          <w:p>
            <w:r>
              <w:t>Diesel Service Writer / Shop Coordinator</w:t>
            </w:r>
          </w:p>
        </w:tc>
      </w:tr>
      <w:tr>
        <w:tc>
          <w:tcPr>
            <w:tcW w:type="dxa" w:w="5184"/>
            <w:shd w:fill="E5E7EB"/>
          </w:tcPr>
          <w:p>
            <w:r>
              <w:t>Level</w:t>
            </w:r>
          </w:p>
        </w:tc>
        <w:tc>
          <w:tcPr>
            <w:tcW w:type="dxa" w:w="5184"/>
          </w:tcPr>
          <w:p>
            <w:r>
              <w:t>Shop Admin / Customer Coordination</w:t>
            </w:r>
          </w:p>
        </w:tc>
      </w:tr>
      <w:tr>
        <w:tc>
          <w:tcPr>
            <w:tcW w:type="dxa" w:w="5184"/>
            <w:shd w:fill="E5E7EB"/>
          </w:tcPr>
          <w:p>
            <w:r>
              <w:t>Purpose</w:t>
            </w:r>
          </w:p>
        </w:tc>
        <w:tc>
          <w:tcPr>
            <w:tcW w:type="dxa" w:w="5184"/>
          </w:tcPr>
          <w:p>
            <w:r>
              <w:t>Controls diesel customer intake, work orders, repair updates, estimate notes, scheduling, approvals, job files, and communication between Sid, techs, MoMo, and CJ.</w:t>
            </w:r>
          </w:p>
        </w:tc>
      </w:tr>
      <w:tr>
        <w:tc>
          <w:tcPr>
            <w:tcW w:type="dxa" w:w="5184"/>
            <w:shd w:fill="E5E7EB"/>
          </w:tcPr>
          <w:p>
            <w:r>
              <w:t>Reports to</w:t>
            </w:r>
          </w:p>
        </w:tc>
        <w:tc>
          <w:tcPr>
            <w:tcW w:type="dxa" w:w="5184"/>
          </w:tcPr>
          <w:p>
            <w:r>
              <w:t>Sid for shop workflow; MoMo for invoice/admin handoff; CJ for final customer disputes and pricing exceptions.</w:t>
            </w:r>
          </w:p>
        </w:tc>
      </w:tr>
      <w:tr>
        <w:tc>
          <w:tcPr>
            <w:tcW w:type="dxa" w:w="5184"/>
            <w:shd w:fill="E5E7EB"/>
          </w:tcPr>
          <w:p>
            <w:r>
              <w:t>Hiring authority</w:t>
            </w:r>
          </w:p>
        </w:tc>
        <w:tc>
          <w:tcPr>
            <w:tcW w:type="dxa" w:w="5184"/>
          </w:tcPr>
          <w:p>
            <w:r>
              <w:t>Sid and MoMo review fit; CJ gives final hiring approval.</w:t>
            </w:r>
          </w:p>
        </w:tc>
      </w:tr>
    </w:tbl>
    <w:p>
      <w:r>
        <w:t>Applicant should complete all sections. C&amp;C should keep this document in a secure hiring file. Do not request protected personal information or official onboarding forms at application stage.</w:t>
      </w:r>
    </w:p>
    <w:p>
      <w:pPr>
        <w:pStyle w:val="C&amp;CSection"/>
      </w:pPr>
      <w:r>
        <w:t>Applicant Information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3672"/>
            <w:shd w:fill="111827"/>
          </w:tcPr>
          <w:p>
            <w:r>
              <w:rPr>
                <w:b/>
                <w:color w:val="FFFFFF"/>
              </w:rPr>
              <w:t>Field</w:t>
            </w:r>
          </w:p>
        </w:tc>
        <w:tc>
          <w:tcPr>
            <w:tcW w:type="dxa" w:w="5832"/>
            <w:shd w:fill="111827"/>
          </w:tcPr>
          <w:p>
            <w:r>
              <w:rPr>
                <w:b/>
                <w:color w:val="FFFFFF"/>
              </w:rPr>
              <w:t>Applicant response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Applicant full name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Preferred name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Phone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Email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Address / City / State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Position applied for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Date available to start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Desired schedule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Full-time   ( ) Part-time   ( ) Contract   ( ) Flexible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Desired pay range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How did you hear about this opening?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</w:tbl>
    <w:p/>
    <w:p>
      <w:pPr>
        <w:pStyle w:val="C&amp;CSection"/>
      </w:pPr>
      <w:r>
        <w:t>Eligibility, Availability, Shop Readiness, and Systems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3672"/>
            <w:shd w:fill="111827"/>
          </w:tcPr>
          <w:p>
            <w:r>
              <w:rPr>
                <w:b/>
                <w:color w:val="FFFFFF"/>
              </w:rPr>
              <w:t>Field</w:t>
            </w:r>
          </w:p>
        </w:tc>
        <w:tc>
          <w:tcPr>
            <w:tcW w:type="dxa" w:w="5832"/>
            <w:shd w:fill="111827"/>
          </w:tcPr>
          <w:p>
            <w:r>
              <w:rPr>
                <w:b/>
                <w:color w:val="FFFFFF"/>
              </w:rPr>
              <w:t>Applicant response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Are you legally authorized to work in the United States?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Yes   ( ) No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Will you now or in the future require sponsorship for employment authorization?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Yes   ( ) No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Are you able to perform the essential duties of this role, with or without reasonable accommodation?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Yes   ( ) No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Are you at least 18 years old if the role requires shop equipment access, driving, or unsupervised customer/business access?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Yes   ( ) No   ( ) Not applicable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Are you available for a background/reference check process if C&amp;C makes a conditional offer?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Yes   ( ) No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Monday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Tuesday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Wednesday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Thursday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Do you currently own tools required for this role?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Yes   ( ) Partial   ( ) No   ( ) Not required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Can you provide a basic tool list if requested?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Yes   ( ) No   ( ) Not applicable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Do you have a valid driver license if the role requires moving vehicles on company/customer property?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Yes   ( ) No   ( ) Not applicable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Are you comfortable working around diesel trucks, heavy parts, fluids, batteries, lifts/jacks, and shop noise?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Yes   ( ) No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List any diesel, automotive, fleet, parts, safety, or equipment certifications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EPA Section 609/MVAC certification if applicable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Yes   ( ) No   ( ) Willing to obtain   ( ) Not applicable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Diagnostic scan tools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None   ( ) Basic   ( ) Intermediate   ( ) Advanced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Electrical meter / test equipment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None   ( ) Basic   ( ) Intermediate   ( ) Advanced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Service information / wiring diagrams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None   ( ) Basic   ( ) Intermediate   ( ) Advanced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Work order / shop management software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None   ( ) Basic   ( ) Intermediate   ( ) Advanced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Excel / Google Sheets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None   ( ) Basic   ( ) Intermediate   ( ) Advanced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Vendor/parts portals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None   ( ) Basic   ( ) Intermediate   ( ) Advanced</w:t>
            </w:r>
          </w:p>
        </w:tc>
      </w:tr>
    </w:tbl>
    <w:p/>
    <w:p>
      <w:pPr>
        <w:pStyle w:val="C&amp;CSection"/>
      </w:pPr>
      <w:r>
        <w:t>Role-Specific Skills Self-Assessment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5472"/>
            <w:shd w:fill="111827"/>
          </w:tcPr>
          <w:p>
            <w:r>
              <w:rPr>
                <w:b/>
                <w:color w:val="FFFFFF"/>
              </w:rPr>
              <w:t>Skill / requirement</w:t>
            </w:r>
          </w:p>
        </w:tc>
        <w:tc>
          <w:tcPr>
            <w:tcW w:type="dxa" w:w="1080"/>
            <w:shd w:fill="111827"/>
          </w:tcPr>
          <w:p>
            <w:r>
              <w:rPr>
                <w:b/>
                <w:color w:val="FFFFFF"/>
              </w:rPr>
              <w:t>No</w:t>
            </w:r>
          </w:p>
        </w:tc>
        <w:tc>
          <w:tcPr>
            <w:tcW w:type="dxa" w:w="1080"/>
            <w:shd w:fill="111827"/>
          </w:tcPr>
          <w:p>
            <w:r>
              <w:rPr>
                <w:b/>
                <w:color w:val="FFFFFF"/>
              </w:rPr>
              <w:t>Some</w:t>
            </w:r>
          </w:p>
        </w:tc>
        <w:tc>
          <w:tcPr>
            <w:tcW w:type="dxa" w:w="1080"/>
            <w:shd w:fill="111827"/>
          </w:tcPr>
          <w:p>
            <w:r>
              <w:rPr>
                <w:b/>
                <w:color w:val="FFFFFF"/>
              </w:rPr>
              <w:t>Strong</w:t>
            </w:r>
          </w:p>
        </w:tc>
      </w:tr>
      <w:tr>
        <w:tc>
          <w:tcPr>
            <w:tcW w:type="dxa" w:w="5472"/>
            <w:vAlign w:val="center"/>
          </w:tcPr>
          <w:p>
            <w:r>
              <w:t>Customer intake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Work order writing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Estimate notes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Approval tracking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Scheduling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Status updates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Parts delay updates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Deposit handoff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Complaint handling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Photo report organization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MoMo billing handoff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Sid escalation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</w:tbl>
    <w:p/>
    <w:p>
      <w:pPr>
        <w:pStyle w:val="C&amp;CSection"/>
      </w:pPr>
      <w:r>
        <w:t>Role-Specific Written Questions</w:t>
      </w:r>
    </w:p>
    <w:p>
      <w:r>
        <w:rPr>
          <w:b/>
        </w:rPr>
        <w:t>1. A customer says, "Just tell me what it costs," before the truck has been diagnosed. How do you respond?</w:t>
      </w:r>
    </w:p>
    <w:p>
      <w:r>
        <w:br/>
        <w:br/>
      </w:r>
    </w:p>
    <w:p>
      <w:r>
        <w:rPr>
          <w:b/>
        </w:rPr>
        <w:t>2. What information should be on a diesel work order before the technician starts?</w:t>
      </w:r>
    </w:p>
    <w:p>
      <w:r>
        <w:br/>
        <w:br/>
      </w:r>
    </w:p>
    <w:p>
      <w:r>
        <w:rPr>
          <w:b/>
        </w:rPr>
        <w:t>3. Write a customer update for a truck waiting on parts after diagnosis is complete.</w:t>
      </w:r>
    </w:p>
    <w:p>
      <w:r>
        <w:br/>
        <w:br/>
      </w:r>
    </w:p>
    <w:p>
      <w:r>
        <w:rPr>
          <w:b/>
        </w:rPr>
        <w:t>4. How would you prevent miscommunication between the shop, customer, and finance office?</w:t>
      </w:r>
    </w:p>
    <w:p>
      <w:r>
        <w:br/>
        <w:br/>
      </w:r>
    </w:p>
    <w:p>
      <w:pPr>
        <w:pStyle w:val="C&amp;CSection"/>
      </w:pPr>
      <w:r>
        <w:t>Practical Skills Test</w:t>
      </w:r>
    </w:p>
    <w:p>
      <w:pPr>
        <w:pStyle w:val="ListBullet"/>
      </w:pPr>
      <w:r>
        <w:t>Work Order Intake Test: Turn a mock customer complaint into a clean diesel work order.</w:t>
      </w:r>
    </w:p>
    <w:p>
      <w:pPr>
        <w:pStyle w:val="ListBullet"/>
      </w:pPr>
      <w:r>
        <w:t>Customer Update Test: Draft a delay/approval message using provided facts.</w:t>
      </w:r>
    </w:p>
    <w:p>
      <w:pPr>
        <w:pStyle w:val="ListBullet"/>
      </w:pPr>
      <w:r>
        <w:t>Approval Log Test: Track estimate, deposit, change order, and final sign-off status.</w:t>
      </w:r>
    </w:p>
    <w:p>
      <w:pPr>
        <w:pStyle w:val="C&amp;CSection"/>
      </w:pPr>
      <w:r>
        <w:t>Professional References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Name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Relationship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Company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Phone/email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Years known</w:t>
            </w:r>
          </w:p>
        </w:tc>
      </w:tr>
      <w:tr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</w:tr>
      <w:tr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</w:tr>
      <w:tr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</w:tr>
    </w:tbl>
    <w:p/>
    <w:p>
      <w:pPr>
        <w:pStyle w:val="C&amp;CSection"/>
      </w:pPr>
      <w:r>
        <w:t>Applicant Certification</w:t>
      </w:r>
    </w:p>
    <w:p>
      <w:r>
        <w:t>I certify that the information I provided is true and complete to the best of my knowledge. I understand that false, misleading, or incomplete information may result in removal from consideration or separation from employment if hired. I authorize C&amp;C Mobile Services to verify information related to my application, employment history, training, certifications, driving eligibility if job-related, and references, subject to applicable law. I understand that employment, if offered, is not guaranteed for any specific length of time and may be subject to company policies, onboarding paperwork, safety rules, and required approvals.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Applicant signature:</w:t>
              <w:br/>
              <w:br/>
            </w:r>
          </w:p>
        </w:tc>
        <w:tc>
          <w:tcPr>
            <w:tcW w:type="dxa" w:w="5184"/>
          </w:tcPr>
          <w:p>
            <w:r>
              <w:t>Date:</w:t>
              <w:br/>
              <w:br/>
            </w:r>
          </w:p>
        </w:tc>
      </w:tr>
      <w:tr>
        <w:tc>
          <w:tcPr>
            <w:tcW w:type="dxa" w:w="5184"/>
          </w:tcPr>
          <w:p>
            <w:r>
              <w:t>Printed name:</w:t>
              <w:br/>
              <w:br/>
            </w:r>
          </w:p>
        </w:tc>
        <w:tc>
          <w:tcPr>
            <w:tcW w:type="dxa" w:w="5184"/>
          </w:tcPr>
          <w:p>
            <w:r>
              <w:br/>
              <w:br/>
            </w:r>
          </w:p>
        </w:tc>
      </w:tr>
      <w:tr>
        <w:tc>
          <w:tcPr>
            <w:tcW w:type="dxa" w:w="5184"/>
          </w:tcPr>
          <w:p>
            <w:r>
              <w:t>Parent/guardian if required by law:</w:t>
              <w:br/>
              <w:br/>
            </w:r>
          </w:p>
        </w:tc>
        <w:tc>
          <w:tcPr>
            <w:tcW w:type="dxa" w:w="5184"/>
          </w:tcPr>
          <w:p>
            <w:r>
              <w:t>Date:</w:t>
              <w:br/>
              <w:br/>
            </w:r>
          </w:p>
        </w:tc>
      </w:tr>
    </w:tbl>
    <w:p/>
    <w:p>
      <w:pPr>
        <w:pStyle w:val="C&amp;CSection"/>
      </w:pPr>
      <w:r>
        <w:t>Internal Use Only - Sid / CJ Review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Review item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Score 1-5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Notes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Sid initials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CJ initials</w:t>
            </w:r>
          </w:p>
        </w:tc>
      </w:tr>
      <w:tr>
        <w:tc>
          <w:tcPr>
            <w:tcW w:type="dxa" w:w="2074"/>
          </w:tcPr>
          <w:p>
            <w:r>
              <w:t>Application complete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Diesel/shop experience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Safety judgment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Tool readiness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Diagnostic/technical skill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Documentation quality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Practical test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References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Overall fit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Screening decision</w:t>
            </w:r>
          </w:p>
        </w:tc>
        <w:tc>
          <w:tcPr>
            <w:tcW w:type="dxa" w:w="5184"/>
          </w:tcPr>
          <w:p>
            <w:r>
              <w:t>( ) Move to interview   ( ) Hold   ( ) Decline</w:t>
            </w:r>
          </w:p>
        </w:tc>
      </w:tr>
      <w:tr>
        <w:tc>
          <w:tcPr>
            <w:tcW w:type="dxa" w:w="5184"/>
          </w:tcPr>
          <w:p>
            <w:r>
              <w:t>Interview decision</w:t>
            </w:r>
          </w:p>
        </w:tc>
        <w:tc>
          <w:tcPr>
            <w:tcW w:type="dxa" w:w="5184"/>
          </w:tcPr>
          <w:p>
            <w:r>
              <w:t>( ) Move to practical test   ( ) Hold   ( ) Decline</w:t>
            </w:r>
          </w:p>
        </w:tc>
      </w:tr>
      <w:tr>
        <w:tc>
          <w:tcPr>
            <w:tcW w:type="dxa" w:w="5184"/>
          </w:tcPr>
          <w:p>
            <w:r>
              <w:t>Final recommendation by Sid</w:t>
            </w:r>
          </w:p>
        </w:tc>
        <w:tc>
          <w:tcPr>
            <w:tcW w:type="dxa" w:w="5184"/>
          </w:tcPr>
          <w:p>
            <w:r>
              <w:t>( ) Recommend hire   ( ) Recommend backup   ( ) Do not hire</w:t>
            </w:r>
          </w:p>
        </w:tc>
      </w:tr>
      <w:tr>
        <w:tc>
          <w:tcPr>
            <w:tcW w:type="dxa" w:w="5184"/>
          </w:tcPr>
          <w:p>
            <w:r>
              <w:t>Final decision by CJ</w:t>
            </w:r>
          </w:p>
        </w:tc>
        <w:tc>
          <w:tcPr>
            <w:tcW w:type="dxa" w:w="5184"/>
          </w:tcPr>
          <w:p>
            <w:r>
              <w:t>( ) Approved   ( ) Not approved   ( ) Revisit later</w:t>
            </w:r>
          </w:p>
        </w:tc>
      </w:tr>
    </w:tbl>
    <w:p/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111827"/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30"/>
              </w:rPr>
              <w:t>Diesel Parts &amp; Warranty Coordinator Application</w:t>
            </w:r>
          </w:p>
        </w:tc>
      </w:tr>
    </w:tbl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5E7EB"/>
          </w:tcPr>
          <w:p>
            <w:r>
              <w:t>Position</w:t>
            </w:r>
          </w:p>
        </w:tc>
        <w:tc>
          <w:tcPr>
            <w:tcW w:type="dxa" w:w="5184"/>
          </w:tcPr>
          <w:p>
            <w:r>
              <w:t>Diesel Parts &amp; Warranty Coordinator</w:t>
            </w:r>
          </w:p>
        </w:tc>
      </w:tr>
      <w:tr>
        <w:tc>
          <w:tcPr>
            <w:tcW w:type="dxa" w:w="5184"/>
            <w:shd w:fill="E5E7EB"/>
          </w:tcPr>
          <w:p>
            <w:r>
              <w:t>Level</w:t>
            </w:r>
          </w:p>
        </w:tc>
        <w:tc>
          <w:tcPr>
            <w:tcW w:type="dxa" w:w="5184"/>
          </w:tcPr>
          <w:p>
            <w:r>
              <w:t>Parts / Warranty / Vendor Support</w:t>
            </w:r>
          </w:p>
        </w:tc>
      </w:tr>
      <w:tr>
        <w:tc>
          <w:tcPr>
            <w:tcW w:type="dxa" w:w="5184"/>
            <w:shd w:fill="E5E7EB"/>
          </w:tcPr>
          <w:p>
            <w:r>
              <w:t>Purpose</w:t>
            </w:r>
          </w:p>
        </w:tc>
        <w:tc>
          <w:tcPr>
            <w:tcW w:type="dxa" w:w="5184"/>
          </w:tcPr>
          <w:p>
            <w:r>
              <w:t>Manages diesel parts sourcing, quotes, purchase logs, cores, returns, warranties, vendor records, part status updates, and handoff documents for MoMo and Sid.</w:t>
            </w:r>
          </w:p>
        </w:tc>
      </w:tr>
      <w:tr>
        <w:tc>
          <w:tcPr>
            <w:tcW w:type="dxa" w:w="5184"/>
            <w:shd w:fill="E5E7EB"/>
          </w:tcPr>
          <w:p>
            <w:r>
              <w:t>Reports to</w:t>
            </w:r>
          </w:p>
        </w:tc>
        <w:tc>
          <w:tcPr>
            <w:tcW w:type="dxa" w:w="5184"/>
          </w:tcPr>
          <w:p>
            <w:r>
              <w:t>Sid for technical parts fit; MoMo for purchasing/admin records; CJ for vendor accounts and major spend approval.</w:t>
            </w:r>
          </w:p>
        </w:tc>
      </w:tr>
      <w:tr>
        <w:tc>
          <w:tcPr>
            <w:tcW w:type="dxa" w:w="5184"/>
            <w:shd w:fill="E5E7EB"/>
          </w:tcPr>
          <w:p>
            <w:r>
              <w:t>Hiring authority</w:t>
            </w:r>
          </w:p>
        </w:tc>
        <w:tc>
          <w:tcPr>
            <w:tcW w:type="dxa" w:w="5184"/>
          </w:tcPr>
          <w:p>
            <w:r>
              <w:t>Sid and MoMo screen; CJ approves final hiring and vendor/account authority.</w:t>
            </w:r>
          </w:p>
        </w:tc>
      </w:tr>
    </w:tbl>
    <w:p>
      <w:r>
        <w:t>Applicant should complete all sections. C&amp;C should keep this document in a secure hiring file. Do not request protected personal information or official onboarding forms at application stage.</w:t>
      </w:r>
    </w:p>
    <w:p>
      <w:pPr>
        <w:pStyle w:val="C&amp;CSection"/>
      </w:pPr>
      <w:r>
        <w:t>Applicant Information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3672"/>
            <w:shd w:fill="111827"/>
          </w:tcPr>
          <w:p>
            <w:r>
              <w:rPr>
                <w:b/>
                <w:color w:val="FFFFFF"/>
              </w:rPr>
              <w:t>Field</w:t>
            </w:r>
          </w:p>
        </w:tc>
        <w:tc>
          <w:tcPr>
            <w:tcW w:type="dxa" w:w="5832"/>
            <w:shd w:fill="111827"/>
          </w:tcPr>
          <w:p>
            <w:r>
              <w:rPr>
                <w:b/>
                <w:color w:val="FFFFFF"/>
              </w:rPr>
              <w:t>Applicant response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Applicant full name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Preferred name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Phone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Email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Address / City / State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Position applied for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Date available to start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Desired schedule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Full-time   ( ) Part-time   ( ) Contract   ( ) Flexible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Desired pay range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How did you hear about this opening?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</w:tbl>
    <w:p/>
    <w:p>
      <w:pPr>
        <w:pStyle w:val="C&amp;CSection"/>
      </w:pPr>
      <w:r>
        <w:t>Eligibility, Availability, Shop Readiness, and Systems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3672"/>
            <w:shd w:fill="111827"/>
          </w:tcPr>
          <w:p>
            <w:r>
              <w:rPr>
                <w:b/>
                <w:color w:val="FFFFFF"/>
              </w:rPr>
              <w:t>Field</w:t>
            </w:r>
          </w:p>
        </w:tc>
        <w:tc>
          <w:tcPr>
            <w:tcW w:type="dxa" w:w="5832"/>
            <w:shd w:fill="111827"/>
          </w:tcPr>
          <w:p>
            <w:r>
              <w:rPr>
                <w:b/>
                <w:color w:val="FFFFFF"/>
              </w:rPr>
              <w:t>Applicant response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Are you legally authorized to work in the United States?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Yes   ( ) No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Will you now or in the future require sponsorship for employment authorization?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Yes   ( ) No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Are you able to perform the essential duties of this role, with or without reasonable accommodation?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Yes   ( ) No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Are you at least 18 years old if the role requires shop equipment access, driving, or unsupervised customer/business access?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Yes   ( ) No   ( ) Not applicable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Are you available for a background/reference check process if C&amp;C makes a conditional offer?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Yes   ( ) No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Monday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Tuesday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Wednesday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Thursday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Do you currently own tools required for this role?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Yes   ( ) Partial   ( ) No   ( ) Not required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Can you provide a basic tool list if requested?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Yes   ( ) No   ( ) Not applicable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Do you have a valid driver license if the role requires moving vehicles on company/customer property?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Yes   ( ) No   ( ) Not applicable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Are you comfortable working around diesel trucks, heavy parts, fluids, batteries, lifts/jacks, and shop noise?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Yes   ( ) No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List any diesel, automotive, fleet, parts, safety, or equipment certifications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EPA Section 609/MVAC certification if applicable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Yes   ( ) No   ( ) Willing to obtain   ( ) Not applicable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Diagnostic scan tools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None   ( ) Basic   ( ) Intermediate   ( ) Advanced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Electrical meter / test equipment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None   ( ) Basic   ( ) Intermediate   ( ) Advanced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Service information / wiring diagrams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None   ( ) Basic   ( ) Intermediate   ( ) Advanced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Work order / shop management software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None   ( ) Basic   ( ) Intermediate   ( ) Advanced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Excel / Google Sheets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None   ( ) Basic   ( ) Intermediate   ( ) Advanced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Vendor/parts portals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None   ( ) Basic   ( ) Intermediate   ( ) Advanced</w:t>
            </w:r>
          </w:p>
        </w:tc>
      </w:tr>
    </w:tbl>
    <w:p/>
    <w:p>
      <w:pPr>
        <w:pStyle w:val="C&amp;CSection"/>
      </w:pPr>
      <w:r>
        <w:t>Role-Specific Skills Self-Assessment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5472"/>
            <w:shd w:fill="111827"/>
          </w:tcPr>
          <w:p>
            <w:r>
              <w:rPr>
                <w:b/>
                <w:color w:val="FFFFFF"/>
              </w:rPr>
              <w:t>Skill / requirement</w:t>
            </w:r>
          </w:p>
        </w:tc>
        <w:tc>
          <w:tcPr>
            <w:tcW w:type="dxa" w:w="1080"/>
            <w:shd w:fill="111827"/>
          </w:tcPr>
          <w:p>
            <w:r>
              <w:rPr>
                <w:b/>
                <w:color w:val="FFFFFF"/>
              </w:rPr>
              <w:t>No</w:t>
            </w:r>
          </w:p>
        </w:tc>
        <w:tc>
          <w:tcPr>
            <w:tcW w:type="dxa" w:w="1080"/>
            <w:shd w:fill="111827"/>
          </w:tcPr>
          <w:p>
            <w:r>
              <w:rPr>
                <w:b/>
                <w:color w:val="FFFFFF"/>
              </w:rPr>
              <w:t>Some</w:t>
            </w:r>
          </w:p>
        </w:tc>
        <w:tc>
          <w:tcPr>
            <w:tcW w:type="dxa" w:w="1080"/>
            <w:shd w:fill="111827"/>
          </w:tcPr>
          <w:p>
            <w:r>
              <w:rPr>
                <w:b/>
                <w:color w:val="FFFFFF"/>
              </w:rPr>
              <w:t>Strong</w:t>
            </w:r>
          </w:p>
        </w:tc>
      </w:tr>
      <w:tr>
        <w:tc>
          <w:tcPr>
            <w:tcW w:type="dxa" w:w="5472"/>
            <w:vAlign w:val="center"/>
          </w:tcPr>
          <w:p>
            <w:r>
              <w:t>Parts lookup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VIN/equipment verification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Vendor quote comparison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Purchase order tracking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Core tracking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Warranty documentation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Return handling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Parts status updates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Receipt matching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Inventory support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Backorder communication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MoMo AP handoff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</w:tbl>
    <w:p/>
    <w:p>
      <w:pPr>
        <w:pStyle w:val="C&amp;CSection"/>
      </w:pPr>
      <w:r>
        <w:t>Role-Specific Written Questions</w:t>
      </w:r>
    </w:p>
    <w:p>
      <w:r>
        <w:rPr>
          <w:b/>
        </w:rPr>
        <w:t>1. A tech requests a part, but the VIN does not match the vehicle file. What do you do before ordering?</w:t>
      </w:r>
    </w:p>
    <w:p>
      <w:r>
        <w:br/>
        <w:br/>
      </w:r>
    </w:p>
    <w:p>
      <w:r>
        <w:rPr>
          <w:b/>
        </w:rPr>
        <w:t>2. How would you track a core charge so C&amp;C does not lose money?</w:t>
      </w:r>
    </w:p>
    <w:p>
      <w:r>
        <w:br/>
        <w:br/>
      </w:r>
    </w:p>
    <w:p>
      <w:r>
        <w:rPr>
          <w:b/>
        </w:rPr>
        <w:t>3. A vendor ships the wrong part and the truck is down. What steps do you take?</w:t>
      </w:r>
    </w:p>
    <w:p>
      <w:r>
        <w:br/>
        <w:br/>
      </w:r>
    </w:p>
    <w:p>
      <w:r>
        <w:rPr>
          <w:b/>
        </w:rPr>
        <w:t>4. What documents should MoMo receive after a parts purchase?</w:t>
      </w:r>
    </w:p>
    <w:p>
      <w:r>
        <w:br/>
        <w:br/>
      </w:r>
    </w:p>
    <w:p>
      <w:pPr>
        <w:pStyle w:val="C&amp;CSection"/>
      </w:pPr>
      <w:r>
        <w:t>Practical Skills Test</w:t>
      </w:r>
    </w:p>
    <w:p>
      <w:pPr>
        <w:pStyle w:val="ListBullet"/>
      </w:pPr>
      <w:r>
        <w:t>Parts Quote Test: Compare three vendor quotes and choose the best option based on price, fitment, ETA, and return terms.</w:t>
      </w:r>
    </w:p>
    <w:p>
      <w:pPr>
        <w:pStyle w:val="ListBullet"/>
      </w:pPr>
      <w:r>
        <w:t>Core Log Test: Complete a mock core/return tracker.</w:t>
      </w:r>
    </w:p>
    <w:p>
      <w:pPr>
        <w:pStyle w:val="ListBullet"/>
      </w:pPr>
      <w:r>
        <w:t>Warranty File Test: Build a warranty claim folder checklist from a sample repair.</w:t>
      </w:r>
    </w:p>
    <w:p>
      <w:pPr>
        <w:pStyle w:val="C&amp;CSection"/>
      </w:pPr>
      <w:r>
        <w:t>Professional References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Name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Relationship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Company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Phone/email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Years known</w:t>
            </w:r>
          </w:p>
        </w:tc>
      </w:tr>
      <w:tr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</w:tr>
      <w:tr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</w:tr>
      <w:tr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</w:tr>
    </w:tbl>
    <w:p/>
    <w:p>
      <w:pPr>
        <w:pStyle w:val="C&amp;CSection"/>
      </w:pPr>
      <w:r>
        <w:t>Applicant Certification</w:t>
      </w:r>
    </w:p>
    <w:p>
      <w:r>
        <w:t>I certify that the information I provided is true and complete to the best of my knowledge. I understand that false, misleading, or incomplete information may result in removal from consideration or separation from employment if hired. I authorize C&amp;C Mobile Services to verify information related to my application, employment history, training, certifications, driving eligibility if job-related, and references, subject to applicable law. I understand that employment, if offered, is not guaranteed for any specific length of time and may be subject to company policies, onboarding paperwork, safety rules, and required approvals.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Applicant signature:</w:t>
              <w:br/>
              <w:br/>
            </w:r>
          </w:p>
        </w:tc>
        <w:tc>
          <w:tcPr>
            <w:tcW w:type="dxa" w:w="5184"/>
          </w:tcPr>
          <w:p>
            <w:r>
              <w:t>Date:</w:t>
              <w:br/>
              <w:br/>
            </w:r>
          </w:p>
        </w:tc>
      </w:tr>
      <w:tr>
        <w:tc>
          <w:tcPr>
            <w:tcW w:type="dxa" w:w="5184"/>
          </w:tcPr>
          <w:p>
            <w:r>
              <w:t>Printed name:</w:t>
              <w:br/>
              <w:br/>
            </w:r>
          </w:p>
        </w:tc>
        <w:tc>
          <w:tcPr>
            <w:tcW w:type="dxa" w:w="5184"/>
          </w:tcPr>
          <w:p>
            <w:r>
              <w:br/>
              <w:br/>
            </w:r>
          </w:p>
        </w:tc>
      </w:tr>
      <w:tr>
        <w:tc>
          <w:tcPr>
            <w:tcW w:type="dxa" w:w="5184"/>
          </w:tcPr>
          <w:p>
            <w:r>
              <w:t>Parent/guardian if required by law:</w:t>
              <w:br/>
              <w:br/>
            </w:r>
          </w:p>
        </w:tc>
        <w:tc>
          <w:tcPr>
            <w:tcW w:type="dxa" w:w="5184"/>
          </w:tcPr>
          <w:p>
            <w:r>
              <w:t>Date:</w:t>
              <w:br/>
              <w:br/>
            </w:r>
          </w:p>
        </w:tc>
      </w:tr>
    </w:tbl>
    <w:p/>
    <w:p>
      <w:pPr>
        <w:pStyle w:val="C&amp;CSection"/>
      </w:pPr>
      <w:r>
        <w:t>Internal Use Only - Sid / CJ Review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Review item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Score 1-5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Notes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Sid initials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CJ initials</w:t>
            </w:r>
          </w:p>
        </w:tc>
      </w:tr>
      <w:tr>
        <w:tc>
          <w:tcPr>
            <w:tcW w:type="dxa" w:w="2074"/>
          </w:tcPr>
          <w:p>
            <w:r>
              <w:t>Application complete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Diesel/shop experience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Safety judgment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Tool readiness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Diagnostic/technical skill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Documentation quality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Practical test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References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Overall fit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Screening decision</w:t>
            </w:r>
          </w:p>
        </w:tc>
        <w:tc>
          <w:tcPr>
            <w:tcW w:type="dxa" w:w="5184"/>
          </w:tcPr>
          <w:p>
            <w:r>
              <w:t>( ) Move to interview   ( ) Hold   ( ) Decline</w:t>
            </w:r>
          </w:p>
        </w:tc>
      </w:tr>
      <w:tr>
        <w:tc>
          <w:tcPr>
            <w:tcW w:type="dxa" w:w="5184"/>
          </w:tcPr>
          <w:p>
            <w:r>
              <w:t>Interview decision</w:t>
            </w:r>
          </w:p>
        </w:tc>
        <w:tc>
          <w:tcPr>
            <w:tcW w:type="dxa" w:w="5184"/>
          </w:tcPr>
          <w:p>
            <w:r>
              <w:t>( ) Move to practical test   ( ) Hold   ( ) Decline</w:t>
            </w:r>
          </w:p>
        </w:tc>
      </w:tr>
      <w:tr>
        <w:tc>
          <w:tcPr>
            <w:tcW w:type="dxa" w:w="5184"/>
          </w:tcPr>
          <w:p>
            <w:r>
              <w:t>Final recommendation by Sid</w:t>
            </w:r>
          </w:p>
        </w:tc>
        <w:tc>
          <w:tcPr>
            <w:tcW w:type="dxa" w:w="5184"/>
          </w:tcPr>
          <w:p>
            <w:r>
              <w:t>( ) Recommend hire   ( ) Recommend backup   ( ) Do not hire</w:t>
            </w:r>
          </w:p>
        </w:tc>
      </w:tr>
      <w:tr>
        <w:tc>
          <w:tcPr>
            <w:tcW w:type="dxa" w:w="5184"/>
          </w:tcPr>
          <w:p>
            <w:r>
              <w:t>Final decision by CJ</w:t>
            </w:r>
          </w:p>
        </w:tc>
        <w:tc>
          <w:tcPr>
            <w:tcW w:type="dxa" w:w="5184"/>
          </w:tcPr>
          <w:p>
            <w:r>
              <w:t>( ) Approved   ( ) Not approved   ( ) Revisit later</w:t>
            </w:r>
          </w:p>
        </w:tc>
      </w:tr>
    </w:tbl>
    <w:p/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111827"/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30"/>
              </w:rPr>
              <w:t>Diesel Fleet Maintenance Coordinator Application</w:t>
            </w:r>
          </w:p>
        </w:tc>
      </w:tr>
    </w:tbl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5E7EB"/>
          </w:tcPr>
          <w:p>
            <w:r>
              <w:t>Position</w:t>
            </w:r>
          </w:p>
        </w:tc>
        <w:tc>
          <w:tcPr>
            <w:tcW w:type="dxa" w:w="5184"/>
          </w:tcPr>
          <w:p>
            <w:r>
              <w:t>Diesel Fleet Maintenance Coordinator</w:t>
            </w:r>
          </w:p>
        </w:tc>
      </w:tr>
      <w:tr>
        <w:tc>
          <w:tcPr>
            <w:tcW w:type="dxa" w:w="5184"/>
            <w:shd w:fill="E5E7EB"/>
          </w:tcPr>
          <w:p>
            <w:r>
              <w:t>Level</w:t>
            </w:r>
          </w:p>
        </w:tc>
        <w:tc>
          <w:tcPr>
            <w:tcW w:type="dxa" w:w="5184"/>
          </w:tcPr>
          <w:p>
            <w:r>
              <w:t>Fleet Coordination / Preventive Maintenance</w:t>
            </w:r>
          </w:p>
        </w:tc>
      </w:tr>
      <w:tr>
        <w:tc>
          <w:tcPr>
            <w:tcW w:type="dxa" w:w="5184"/>
            <w:shd w:fill="E5E7EB"/>
          </w:tcPr>
          <w:p>
            <w:r>
              <w:t>Purpose</w:t>
            </w:r>
          </w:p>
        </w:tc>
        <w:tc>
          <w:tcPr>
            <w:tcW w:type="dxa" w:w="5184"/>
          </w:tcPr>
          <w:p>
            <w:r>
              <w:t>Tracks fleet diesel PM schedules, inspection due dates, service intervals, unit history, repair recommendations, downtime notes, and recurring fleet account support under Sid.</w:t>
            </w:r>
          </w:p>
        </w:tc>
      </w:tr>
      <w:tr>
        <w:tc>
          <w:tcPr>
            <w:tcW w:type="dxa" w:w="5184"/>
            <w:shd w:fill="E5E7EB"/>
          </w:tcPr>
          <w:p>
            <w:r>
              <w:t>Reports to</w:t>
            </w:r>
          </w:p>
        </w:tc>
        <w:tc>
          <w:tcPr>
            <w:tcW w:type="dxa" w:w="5184"/>
          </w:tcPr>
          <w:p>
            <w:r>
              <w:t>Sid for fleet service priorities; MoMo for billing/account records; CJ for fleet contracts and pricing terms.</w:t>
            </w:r>
          </w:p>
        </w:tc>
      </w:tr>
      <w:tr>
        <w:tc>
          <w:tcPr>
            <w:tcW w:type="dxa" w:w="5184"/>
            <w:shd w:fill="E5E7EB"/>
          </w:tcPr>
          <w:p>
            <w:r>
              <w:t>Hiring authority</w:t>
            </w:r>
          </w:p>
        </w:tc>
        <w:tc>
          <w:tcPr>
            <w:tcW w:type="dxa" w:w="5184"/>
          </w:tcPr>
          <w:p>
            <w:r>
              <w:t>Sid and MoMo screen; CJ gives final hiring approval and account authority.</w:t>
            </w:r>
          </w:p>
        </w:tc>
      </w:tr>
    </w:tbl>
    <w:p>
      <w:r>
        <w:t>Applicant should complete all sections. C&amp;C should keep this document in a secure hiring file. Do not request protected personal information or official onboarding forms at application stage.</w:t>
      </w:r>
    </w:p>
    <w:p>
      <w:pPr>
        <w:pStyle w:val="C&amp;CSection"/>
      </w:pPr>
      <w:r>
        <w:t>Applicant Information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3672"/>
            <w:shd w:fill="111827"/>
          </w:tcPr>
          <w:p>
            <w:r>
              <w:rPr>
                <w:b/>
                <w:color w:val="FFFFFF"/>
              </w:rPr>
              <w:t>Field</w:t>
            </w:r>
          </w:p>
        </w:tc>
        <w:tc>
          <w:tcPr>
            <w:tcW w:type="dxa" w:w="5832"/>
            <w:shd w:fill="111827"/>
          </w:tcPr>
          <w:p>
            <w:r>
              <w:rPr>
                <w:b/>
                <w:color w:val="FFFFFF"/>
              </w:rPr>
              <w:t>Applicant response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Applicant full name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Preferred name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Phone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Email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Address / City / State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Position applied for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Date available to start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Desired schedule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Full-time   ( ) Part-time   ( ) Contract   ( ) Flexible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Desired pay range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How did you hear about this opening?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</w:tbl>
    <w:p/>
    <w:p>
      <w:pPr>
        <w:pStyle w:val="C&amp;CSection"/>
      </w:pPr>
      <w:r>
        <w:t>Eligibility, Availability, Shop Readiness, and Systems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3672"/>
            <w:shd w:fill="111827"/>
          </w:tcPr>
          <w:p>
            <w:r>
              <w:rPr>
                <w:b/>
                <w:color w:val="FFFFFF"/>
              </w:rPr>
              <w:t>Field</w:t>
            </w:r>
          </w:p>
        </w:tc>
        <w:tc>
          <w:tcPr>
            <w:tcW w:type="dxa" w:w="5832"/>
            <w:shd w:fill="111827"/>
          </w:tcPr>
          <w:p>
            <w:r>
              <w:rPr>
                <w:b/>
                <w:color w:val="FFFFFF"/>
              </w:rPr>
              <w:t>Applicant response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Are you legally authorized to work in the United States?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Yes   ( ) No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Will you now or in the future require sponsorship for employment authorization?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Yes   ( ) No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Are you able to perform the essential duties of this role, with or without reasonable accommodation?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Yes   ( ) No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Are you at least 18 years old if the role requires shop equipment access, driving, or unsupervised customer/business access?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Yes   ( ) No   ( ) Not applicable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Are you available for a background/reference check process if C&amp;C makes a conditional offer?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Yes   ( ) No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Monday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Tuesday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Wednesday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Thursday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Do you currently own tools required for this role?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Yes   ( ) Partial   ( ) No   ( ) Not required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Can you provide a basic tool list if requested?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Yes   ( ) No   ( ) Not applicable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Do you have a valid driver license if the role requires moving vehicles on company/customer property?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Yes   ( ) No   ( ) Not applicable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Are you comfortable working around diesel trucks, heavy parts, fluids, batteries, lifts/jacks, and shop noise?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Yes   ( ) No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List any diesel, automotive, fleet, parts, safety, or equipment certifications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/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EPA Section 609/MVAC certification if applicable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Yes   ( ) No   ( ) Willing to obtain   ( ) Not applicable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Diagnostic scan tools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None   ( ) Basic   ( ) Intermediate   ( ) Advanced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Electrical meter / test equipment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None   ( ) Basic   ( ) Intermediate   ( ) Advanced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Service information / wiring diagrams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None   ( ) Basic   ( ) Intermediate   ( ) Advanced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Work order / shop management software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None   ( ) Basic   ( ) Intermediate   ( ) Advanced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Excel / Google Sheets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None   ( ) Basic   ( ) Intermediate   ( ) Advanced</w:t>
            </w:r>
          </w:p>
        </w:tc>
      </w:tr>
      <w:tr>
        <w:tc>
          <w:tcPr>
            <w:tcW w:type="dxa" w:w="3672"/>
            <w:vAlign w:val="center"/>
          </w:tcPr>
          <w:p>
            <w:pPr>
              <w:spacing w:after="0" w:before="0"/>
            </w:pPr>
            <w:r>
              <w:t>Vendor/parts portals</w:t>
            </w:r>
          </w:p>
        </w:tc>
        <w:tc>
          <w:tcPr>
            <w:tcW w:type="dxa" w:w="5832"/>
            <w:vAlign w:val="center"/>
          </w:tcPr>
          <w:p>
            <w:pPr>
              <w:spacing w:after="0" w:before="0"/>
            </w:pPr>
            <w:r>
              <w:t>( ) None   ( ) Basic   ( ) Intermediate   ( ) Advanced</w:t>
            </w:r>
          </w:p>
        </w:tc>
      </w:tr>
    </w:tbl>
    <w:p/>
    <w:p>
      <w:pPr>
        <w:pStyle w:val="C&amp;CSection"/>
      </w:pPr>
      <w:r>
        <w:t>Role-Specific Skills Self-Assessment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5472"/>
            <w:shd w:fill="111827"/>
          </w:tcPr>
          <w:p>
            <w:r>
              <w:rPr>
                <w:b/>
                <w:color w:val="FFFFFF"/>
              </w:rPr>
              <w:t>Skill / requirement</w:t>
            </w:r>
          </w:p>
        </w:tc>
        <w:tc>
          <w:tcPr>
            <w:tcW w:type="dxa" w:w="1080"/>
            <w:shd w:fill="111827"/>
          </w:tcPr>
          <w:p>
            <w:r>
              <w:rPr>
                <w:b/>
                <w:color w:val="FFFFFF"/>
              </w:rPr>
              <w:t>No</w:t>
            </w:r>
          </w:p>
        </w:tc>
        <w:tc>
          <w:tcPr>
            <w:tcW w:type="dxa" w:w="1080"/>
            <w:shd w:fill="111827"/>
          </w:tcPr>
          <w:p>
            <w:r>
              <w:rPr>
                <w:b/>
                <w:color w:val="FFFFFF"/>
              </w:rPr>
              <w:t>Some</w:t>
            </w:r>
          </w:p>
        </w:tc>
        <w:tc>
          <w:tcPr>
            <w:tcW w:type="dxa" w:w="1080"/>
            <w:shd w:fill="111827"/>
          </w:tcPr>
          <w:p>
            <w:r>
              <w:rPr>
                <w:b/>
                <w:color w:val="FFFFFF"/>
              </w:rPr>
              <w:t>Strong</w:t>
            </w:r>
          </w:p>
        </w:tc>
      </w:tr>
      <w:tr>
        <w:tc>
          <w:tcPr>
            <w:tcW w:type="dxa" w:w="5472"/>
            <w:vAlign w:val="center"/>
          </w:tcPr>
          <w:p>
            <w:r>
              <w:t>Fleet PM tracking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Unit history records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Mileage/hour logging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Inspection scheduling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Downtime notes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Recurring service reminders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Fleet customer updates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Repair recommendation log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MoMo billing handoff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Sid priority coordination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Service agreement support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  <w:tr>
        <w:tc>
          <w:tcPr>
            <w:tcW w:type="dxa" w:w="5472"/>
            <w:vAlign w:val="center"/>
          </w:tcPr>
          <w:p>
            <w:r>
              <w:t>Report preparation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  <w:tc>
          <w:tcPr>
            <w:tcW w:type="dxa" w:w="1080"/>
            <w:vAlign w:val="center"/>
          </w:tcPr>
          <w:p>
            <w:r>
              <w:t>( )</w:t>
            </w:r>
          </w:p>
        </w:tc>
      </w:tr>
    </w:tbl>
    <w:p/>
    <w:p>
      <w:pPr>
        <w:pStyle w:val="C&amp;CSection"/>
      </w:pPr>
      <w:r>
        <w:t>Role-Specific Written Questions</w:t>
      </w:r>
    </w:p>
    <w:p>
      <w:r>
        <w:rPr>
          <w:b/>
        </w:rPr>
        <w:t>1. How would you build a PM schedule for a customer with five diesel trucks at different mileages?</w:t>
      </w:r>
    </w:p>
    <w:p>
      <w:r>
        <w:br/>
        <w:br/>
      </w:r>
    </w:p>
    <w:p>
      <w:r>
        <w:rPr>
          <w:b/>
        </w:rPr>
        <w:t>2. A fleet owner wants to delay recommended brake work. How do you document and escalate that decision?</w:t>
      </w:r>
    </w:p>
    <w:p>
      <w:r>
        <w:br/>
        <w:br/>
      </w:r>
    </w:p>
    <w:p>
      <w:r>
        <w:rPr>
          <w:b/>
        </w:rPr>
        <w:t>3. What information should be included in a monthly fleet maintenance report?</w:t>
      </w:r>
    </w:p>
    <w:p>
      <w:r>
        <w:br/>
        <w:br/>
      </w:r>
    </w:p>
    <w:p>
      <w:r>
        <w:rPr>
          <w:b/>
        </w:rPr>
        <w:t>4. How would you work with MoMo so fleet billing is accurate?</w:t>
      </w:r>
    </w:p>
    <w:p>
      <w:r>
        <w:br/>
        <w:br/>
      </w:r>
    </w:p>
    <w:p>
      <w:pPr>
        <w:pStyle w:val="C&amp;CSection"/>
      </w:pPr>
      <w:r>
        <w:t>Practical Skills Test</w:t>
      </w:r>
    </w:p>
    <w:p>
      <w:pPr>
        <w:pStyle w:val="ListBullet"/>
      </w:pPr>
      <w:r>
        <w:t>Fleet Calendar Test: Build a 30-day PM schedule from a mock unit list.</w:t>
      </w:r>
    </w:p>
    <w:p>
      <w:pPr>
        <w:pStyle w:val="ListBullet"/>
      </w:pPr>
      <w:r>
        <w:t>Maintenance Report Test: Summarize service history and open recommendations for three units.</w:t>
      </w:r>
    </w:p>
    <w:p>
      <w:pPr>
        <w:pStyle w:val="ListBullet"/>
      </w:pPr>
      <w:r>
        <w:t>Approval Handoff Test: Prepare a repair approval request for Sid/CJ/MoMo.</w:t>
      </w:r>
    </w:p>
    <w:p>
      <w:pPr>
        <w:pStyle w:val="C&amp;CSection"/>
      </w:pPr>
      <w:r>
        <w:t>Professional References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Name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Relationship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Company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Phone/email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Years known</w:t>
            </w:r>
          </w:p>
        </w:tc>
      </w:tr>
      <w:tr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</w:tr>
      <w:tr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</w:tr>
      <w:tr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  <w:tc>
          <w:tcPr>
            <w:tcW w:type="dxa" w:w="2074"/>
          </w:tcPr>
          <w:p>
            <w:r>
              <w:br/>
              <w:br/>
            </w:r>
          </w:p>
        </w:tc>
      </w:tr>
    </w:tbl>
    <w:p/>
    <w:p>
      <w:pPr>
        <w:pStyle w:val="C&amp;CSection"/>
      </w:pPr>
      <w:r>
        <w:t>Applicant Certification</w:t>
      </w:r>
    </w:p>
    <w:p>
      <w:r>
        <w:t>I certify that the information I provided is true and complete to the best of my knowledge. I understand that false, misleading, or incomplete information may result in removal from consideration or separation from employment if hired. I authorize C&amp;C Mobile Services to verify information related to my application, employment history, training, certifications, driving eligibility if job-related, and references, subject to applicable law. I understand that employment, if offered, is not guaranteed for any specific length of time and may be subject to company policies, onboarding paperwork, safety rules, and required approvals.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Applicant signature:</w:t>
              <w:br/>
              <w:br/>
            </w:r>
          </w:p>
        </w:tc>
        <w:tc>
          <w:tcPr>
            <w:tcW w:type="dxa" w:w="5184"/>
          </w:tcPr>
          <w:p>
            <w:r>
              <w:t>Date:</w:t>
              <w:br/>
              <w:br/>
            </w:r>
          </w:p>
        </w:tc>
      </w:tr>
      <w:tr>
        <w:tc>
          <w:tcPr>
            <w:tcW w:type="dxa" w:w="5184"/>
          </w:tcPr>
          <w:p>
            <w:r>
              <w:t>Printed name:</w:t>
              <w:br/>
              <w:br/>
            </w:r>
          </w:p>
        </w:tc>
        <w:tc>
          <w:tcPr>
            <w:tcW w:type="dxa" w:w="5184"/>
          </w:tcPr>
          <w:p>
            <w:r>
              <w:br/>
              <w:br/>
            </w:r>
          </w:p>
        </w:tc>
      </w:tr>
      <w:tr>
        <w:tc>
          <w:tcPr>
            <w:tcW w:type="dxa" w:w="5184"/>
          </w:tcPr>
          <w:p>
            <w:r>
              <w:t>Parent/guardian if required by law:</w:t>
              <w:br/>
              <w:br/>
            </w:r>
          </w:p>
        </w:tc>
        <w:tc>
          <w:tcPr>
            <w:tcW w:type="dxa" w:w="5184"/>
          </w:tcPr>
          <w:p>
            <w:r>
              <w:t>Date:</w:t>
              <w:br/>
              <w:br/>
            </w:r>
          </w:p>
        </w:tc>
      </w:tr>
    </w:tbl>
    <w:p/>
    <w:p>
      <w:pPr>
        <w:pStyle w:val="C&amp;CSection"/>
      </w:pPr>
      <w:r>
        <w:t>Internal Use Only - Sid / CJ Review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Review item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Score 1-5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Notes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Sid initials</w:t>
            </w:r>
          </w:p>
        </w:tc>
        <w:tc>
          <w:tcPr>
            <w:tcW w:type="dxa" w:w="2074"/>
            <w:shd w:fill="111827"/>
          </w:tcPr>
          <w:p>
            <w:r>
              <w:rPr>
                <w:b/>
                <w:color w:val="FFFFFF"/>
              </w:rPr>
              <w:t>CJ initials</w:t>
            </w:r>
          </w:p>
        </w:tc>
      </w:tr>
      <w:tr>
        <w:tc>
          <w:tcPr>
            <w:tcW w:type="dxa" w:w="2074"/>
          </w:tcPr>
          <w:p>
            <w:r>
              <w:t>Application complete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Diesel/shop experience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Safety judgment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Tool readiness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Diagnostic/technical skill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Documentation quality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Practical test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References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r>
              <w:t>Overall fit</w:t>
            </w:r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/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Screening decision</w:t>
            </w:r>
          </w:p>
        </w:tc>
        <w:tc>
          <w:tcPr>
            <w:tcW w:type="dxa" w:w="5184"/>
          </w:tcPr>
          <w:p>
            <w:r>
              <w:t>( ) Move to interview   ( ) Hold   ( ) Decline</w:t>
            </w:r>
          </w:p>
        </w:tc>
      </w:tr>
      <w:tr>
        <w:tc>
          <w:tcPr>
            <w:tcW w:type="dxa" w:w="5184"/>
          </w:tcPr>
          <w:p>
            <w:r>
              <w:t>Interview decision</w:t>
            </w:r>
          </w:p>
        </w:tc>
        <w:tc>
          <w:tcPr>
            <w:tcW w:type="dxa" w:w="5184"/>
          </w:tcPr>
          <w:p>
            <w:r>
              <w:t>( ) Move to practical test   ( ) Hold   ( ) Decline</w:t>
            </w:r>
          </w:p>
        </w:tc>
      </w:tr>
      <w:tr>
        <w:tc>
          <w:tcPr>
            <w:tcW w:type="dxa" w:w="5184"/>
          </w:tcPr>
          <w:p>
            <w:r>
              <w:t>Final recommendation by Sid</w:t>
            </w:r>
          </w:p>
        </w:tc>
        <w:tc>
          <w:tcPr>
            <w:tcW w:type="dxa" w:w="5184"/>
          </w:tcPr>
          <w:p>
            <w:r>
              <w:t>( ) Recommend hire   ( ) Recommend backup   ( ) Do not hire</w:t>
            </w:r>
          </w:p>
        </w:tc>
      </w:tr>
      <w:tr>
        <w:tc>
          <w:tcPr>
            <w:tcW w:type="dxa" w:w="5184"/>
          </w:tcPr>
          <w:p>
            <w:r>
              <w:t>Final decision by CJ</w:t>
            </w:r>
          </w:p>
        </w:tc>
        <w:tc>
          <w:tcPr>
            <w:tcW w:type="dxa" w:w="5184"/>
          </w:tcPr>
          <w:p>
            <w:r>
              <w:t>( ) Approved   ( ) Not approved   ( ) Revisit later</w:t>
            </w:r>
          </w:p>
        </w:tc>
      </w:tr>
    </w:tbl>
    <w:p/>
    <w:p>
      <w:r>
        <w:br w:type="page"/>
      </w:r>
    </w:p>
    <w:p>
      <w:pPr>
        <w:pStyle w:val="C&amp;CSection"/>
      </w:pPr>
      <w:r>
        <w:t>Internal Hiring Compliance Resource Links</w:t>
      </w:r>
    </w:p>
    <w:p>
      <w:pPr>
        <w:pStyle w:val="C&amp;CSmall"/>
      </w:pPr>
      <w:r>
        <w:t>USCIS Form I-9 / I-9 Central: https://www.uscis.gov/i-9</w:t>
      </w:r>
    </w:p>
    <w:p>
      <w:pPr>
        <w:pStyle w:val="C&amp;CSmall"/>
      </w:pPr>
      <w:r>
        <w:t>IRS Form W-4: https://www.irs.gov/forms-pubs/about-form-w-4</w:t>
      </w:r>
    </w:p>
    <w:p>
      <w:pPr>
        <w:pStyle w:val="C&amp;CSmall"/>
      </w:pPr>
      <w:r>
        <w:t>Georgia New Hire Reporting Center: https://ga-newhire.com/</w:t>
      </w:r>
    </w:p>
    <w:p>
      <w:pPr>
        <w:pStyle w:val="C&amp;CSmall"/>
      </w:pPr>
      <w:r>
        <w:t>Georgia Workers Compensation Employer Information: https://sbwc.georgia.gov/employer-information</w:t>
      </w:r>
    </w:p>
    <w:p>
      <w:pPr>
        <w:pStyle w:val="C&amp;CSmall"/>
      </w:pPr>
      <w:r>
        <w:t>U.S. DOL FLSA Overtime: https://www.dol.gov/agencies/whd/overtime</w:t>
      </w:r>
    </w:p>
    <w:p>
      <w:pPr>
        <w:pStyle w:val="C&amp;CSmall"/>
      </w:pPr>
      <w:r>
        <w:t>EEOC prohibited employment policies/practices: https://www.eeoc.gov/prohibited-employment-policiespractices</w:t>
      </w:r>
    </w:p>
    <w:p>
      <w:pPr>
        <w:pStyle w:val="C&amp;CSmall"/>
      </w:pPr>
      <w:r>
        <w:t>EEOC small business hiring questions guidance: https://www.eeoc.gov/employers/small-business/what-shouldnt-i-ask-when-hiring</w:t>
      </w:r>
    </w:p>
    <w:p>
      <w:pPr>
        <w:pStyle w:val="C&amp;CSmall"/>
      </w:pPr>
      <w:r>
        <w:t>OSHA automotive lift safety interpretation: https://www.osha.gov/laws-regs/standardinterpretations/2014-11-19</w:t>
      </w:r>
    </w:p>
    <w:p>
      <w:pPr>
        <w:pStyle w:val="C&amp;CSmall"/>
      </w:pPr>
      <w:r>
        <w:t>EPA Section 609 Technician Training and Certification Programs: https://www.epa.gov/mvac/section-609-technician-training-and-certification-programs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46464"/>
        <w:sz w:val="14"/>
      </w:rPr>
      <w:t>Confidential hiring document - For C&amp;C Mobile Services use only. Official onboarding forms are separate after hire.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/>
    <w:r>
      <w:rPr>
        <w:rFonts w:ascii="Arial" w:hAnsi="Arial"/>
        <w:b/>
        <w:color w:val="5A5A5A"/>
        <w:sz w:val="16"/>
      </w:rPr>
      <w:t>C&amp;C Mobile Services | C&amp;C Diesel Service | Diesel Service Role Applications Master Packet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&amp;CSection">
    <w:name w:val="C&amp;C Section"/>
    <w:pPr>
      <w:spacing w:before="160" w:after="80"/>
    </w:pPr>
    <w:rPr>
      <w:rFonts w:ascii="Arial" w:hAnsi="Arial"/>
      <w:b/>
      <w:color w:val="C00000"/>
      <w:sz w:val="22"/>
    </w:rPr>
  </w:style>
  <w:style w:type="paragraph" w:customStyle="1" w:styleId="C&amp;CSmall">
    <w:name w:val="C&amp;C Small"/>
    <w:pPr>
      <w:spacing w:after="40"/>
    </w:pPr>
    <w:rPr>
      <w:rFonts w:ascii="Arial" w:hAnsi="Arial"/>
      <w:sz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